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4C8AE" w14:textId="77777777" w:rsidR="00BC3FA0" w:rsidRPr="00BC3FA0" w:rsidRDefault="001A392B" w:rsidP="00BC3FA0">
      <w:pPr>
        <w:pStyle w:val="Heading1"/>
        <w:spacing w:before="0"/>
        <w:jc w:val="center"/>
        <w:rPr>
          <w:rFonts w:ascii="SVN-SAF" w:hAnsi="SVN-SAF" w:cs="Times New Roman"/>
          <w:color w:val="FF0000"/>
        </w:rPr>
      </w:pPr>
      <w:r w:rsidRPr="00BC3FA0">
        <w:rPr>
          <w:rFonts w:ascii="SVN-SAF" w:hAnsi="SVN-SAF" w:cs="Times New Roman"/>
          <w:color w:val="FF0000"/>
        </w:rPr>
        <w:t xml:space="preserve">Nét </w:t>
      </w:r>
      <w:r w:rsidR="002F263B" w:rsidRPr="00BC3FA0">
        <w:rPr>
          <w:rFonts w:ascii="SVN-SAF" w:hAnsi="SVN-SAF" w:cs="Times New Roman"/>
          <w:color w:val="FF0000"/>
        </w:rPr>
        <w:t>văn hóa</w:t>
      </w:r>
      <w:r w:rsidRPr="00BC3FA0">
        <w:rPr>
          <w:rFonts w:ascii="SVN-SAF" w:hAnsi="SVN-SAF" w:cs="Times New Roman"/>
          <w:color w:val="FF0000"/>
        </w:rPr>
        <w:t xml:space="preserve"> T</w:t>
      </w:r>
      <w:r w:rsidRPr="00BC3FA0">
        <w:rPr>
          <w:rFonts w:ascii="SVN-SAF" w:hAnsi="SVN-SAF" w:cs="Times New Roman"/>
          <w:color w:val="FF0000"/>
        </w:rPr>
        <w:t>ế</w:t>
      </w:r>
      <w:r w:rsidRPr="00BC3FA0">
        <w:rPr>
          <w:rFonts w:ascii="SVN-SAF" w:hAnsi="SVN-SAF" w:cs="Times New Roman"/>
          <w:color w:val="FF0000"/>
        </w:rPr>
        <w:t xml:space="preserve">t Trung Thu và </w:t>
      </w:r>
      <w:r w:rsidR="002F263B" w:rsidRPr="00BC3FA0">
        <w:rPr>
          <w:rFonts w:ascii="SVN-SAF" w:hAnsi="SVN-SAF" w:cs="Times New Roman"/>
          <w:color w:val="FF0000"/>
        </w:rPr>
        <w:t>chương trình</w:t>
      </w:r>
      <w:r w:rsidRPr="00BC3FA0">
        <w:rPr>
          <w:rFonts w:ascii="SVN-SAF" w:hAnsi="SVN-SAF" w:cs="Times New Roman"/>
          <w:color w:val="FF0000"/>
        </w:rPr>
        <w:t xml:space="preserve"> </w:t>
      </w:r>
    </w:p>
    <w:p w14:paraId="0CB72211" w14:textId="09C39504" w:rsidR="002764CB" w:rsidRPr="00BC3FA0" w:rsidRDefault="001A392B" w:rsidP="00BC3FA0">
      <w:pPr>
        <w:pStyle w:val="Heading1"/>
        <w:spacing w:before="0"/>
        <w:jc w:val="center"/>
        <w:rPr>
          <w:rFonts w:ascii="SVN-SAF" w:hAnsi="SVN-SAF" w:cs="Times New Roman"/>
          <w:color w:val="FF0000"/>
        </w:rPr>
      </w:pPr>
      <w:r w:rsidRPr="00BC3FA0">
        <w:rPr>
          <w:rFonts w:ascii="SVN-SAF" w:hAnsi="SVN-SAF" w:cs="Times New Roman"/>
          <w:color w:val="FF0000"/>
        </w:rPr>
        <w:t>“Vui H</w:t>
      </w:r>
      <w:r w:rsidRPr="00BC3FA0">
        <w:rPr>
          <w:rFonts w:ascii="SVN-SAF" w:hAnsi="SVN-SAF" w:cs="Times New Roman"/>
          <w:color w:val="FF0000"/>
        </w:rPr>
        <w:t>ộ</w:t>
      </w:r>
      <w:r w:rsidRPr="00BC3FA0">
        <w:rPr>
          <w:rFonts w:ascii="SVN-SAF" w:hAnsi="SVN-SAF" w:cs="Times New Roman"/>
          <w:color w:val="FF0000"/>
        </w:rPr>
        <w:t>i Trăng R</w:t>
      </w:r>
      <w:r w:rsidRPr="00BC3FA0">
        <w:rPr>
          <w:rFonts w:ascii="SVN-SAF" w:hAnsi="SVN-SAF" w:cs="Times New Roman"/>
          <w:color w:val="FF0000"/>
        </w:rPr>
        <w:t>ằ</w:t>
      </w:r>
      <w:r w:rsidRPr="00BC3FA0">
        <w:rPr>
          <w:rFonts w:ascii="SVN-SAF" w:hAnsi="SVN-SAF" w:cs="Times New Roman"/>
          <w:color w:val="FF0000"/>
        </w:rPr>
        <w:t xml:space="preserve">m” </w:t>
      </w:r>
      <w:r w:rsidRPr="00BC3FA0">
        <w:rPr>
          <w:rFonts w:ascii="SVN-SAF" w:hAnsi="SVN-SAF" w:cs="Times New Roman"/>
          <w:color w:val="FF0000"/>
        </w:rPr>
        <w:t>t</w:t>
      </w:r>
      <w:r w:rsidRPr="00BC3FA0">
        <w:rPr>
          <w:rFonts w:ascii="SVN-SAF" w:hAnsi="SVN-SAF" w:cs="Times New Roman"/>
          <w:color w:val="FF0000"/>
        </w:rPr>
        <w:t>ạ</w:t>
      </w:r>
      <w:r w:rsidRPr="00BC3FA0">
        <w:rPr>
          <w:rFonts w:ascii="SVN-SAF" w:hAnsi="SVN-SAF" w:cs="Times New Roman"/>
          <w:color w:val="FF0000"/>
        </w:rPr>
        <w:t>i Trư</w:t>
      </w:r>
      <w:r w:rsidRPr="00BC3FA0">
        <w:rPr>
          <w:rFonts w:ascii="SVN-SAF" w:hAnsi="SVN-SAF" w:cs="Times New Roman"/>
          <w:color w:val="FF0000"/>
        </w:rPr>
        <w:t>ờ</w:t>
      </w:r>
      <w:r w:rsidRPr="00BC3FA0">
        <w:rPr>
          <w:rFonts w:ascii="SVN-SAF" w:hAnsi="SVN-SAF" w:cs="Times New Roman"/>
          <w:color w:val="FF0000"/>
        </w:rPr>
        <w:t>ng Ti</w:t>
      </w:r>
      <w:r w:rsidRPr="00BC3FA0">
        <w:rPr>
          <w:rFonts w:ascii="SVN-SAF" w:hAnsi="SVN-SAF" w:cs="Times New Roman"/>
          <w:color w:val="FF0000"/>
        </w:rPr>
        <w:t>ể</w:t>
      </w:r>
      <w:r w:rsidRPr="00BC3FA0">
        <w:rPr>
          <w:rFonts w:ascii="SVN-SAF" w:hAnsi="SVN-SAF" w:cs="Times New Roman"/>
          <w:color w:val="FF0000"/>
        </w:rPr>
        <w:t>u h</w:t>
      </w:r>
      <w:r w:rsidRPr="00BC3FA0">
        <w:rPr>
          <w:rFonts w:ascii="SVN-SAF" w:hAnsi="SVN-SAF" w:cs="Times New Roman"/>
          <w:color w:val="FF0000"/>
        </w:rPr>
        <w:t>ọ</w:t>
      </w:r>
      <w:r w:rsidRPr="00BC3FA0">
        <w:rPr>
          <w:rFonts w:ascii="SVN-SAF" w:hAnsi="SVN-SAF" w:cs="Times New Roman"/>
          <w:color w:val="FF0000"/>
        </w:rPr>
        <w:t>c Duy Vinh</w:t>
      </w:r>
    </w:p>
    <w:p w14:paraId="13DA7BAD" w14:textId="77777777" w:rsidR="00BC3FA0" w:rsidRPr="00BC3FA0" w:rsidRDefault="00BC3FA0" w:rsidP="00BC3FA0"/>
    <w:p w14:paraId="7F53D9C2" w14:textId="77777777" w:rsidR="00C24505" w:rsidRDefault="001A392B" w:rsidP="00D31F21">
      <w:pPr>
        <w:spacing w:after="0"/>
        <w:ind w:firstLine="567"/>
        <w:jc w:val="both"/>
        <w:rPr>
          <w:rFonts w:ascii="Times New Roman" w:hAnsi="Times New Roman" w:cs="Times New Roman"/>
          <w:sz w:val="28"/>
          <w:szCs w:val="28"/>
        </w:rPr>
      </w:pPr>
      <w:r w:rsidRPr="002F263B">
        <w:rPr>
          <w:rFonts w:ascii="Times New Roman" w:hAnsi="Times New Roman" w:cs="Times New Roman"/>
          <w:sz w:val="28"/>
          <w:szCs w:val="28"/>
        </w:rPr>
        <w:t>T</w:t>
      </w:r>
      <w:r w:rsidRPr="002F263B">
        <w:rPr>
          <w:rFonts w:ascii="Times New Roman" w:hAnsi="Times New Roman" w:cs="Times New Roman"/>
          <w:sz w:val="28"/>
          <w:szCs w:val="28"/>
        </w:rPr>
        <w:t>ế</w:t>
      </w:r>
      <w:r w:rsidRPr="002F263B">
        <w:rPr>
          <w:rFonts w:ascii="Times New Roman" w:hAnsi="Times New Roman" w:cs="Times New Roman"/>
          <w:sz w:val="28"/>
          <w:szCs w:val="28"/>
        </w:rPr>
        <w:t>t Trung Thu t</w:t>
      </w:r>
      <w:r w:rsidRPr="002F263B">
        <w:rPr>
          <w:rFonts w:ascii="Times New Roman" w:hAnsi="Times New Roman" w:cs="Times New Roman"/>
          <w:sz w:val="28"/>
          <w:szCs w:val="28"/>
        </w:rPr>
        <w:t>ừ</w:t>
      </w:r>
      <w:r w:rsidRPr="002F263B">
        <w:rPr>
          <w:rFonts w:ascii="Times New Roman" w:hAnsi="Times New Roman" w:cs="Times New Roman"/>
          <w:sz w:val="28"/>
          <w:szCs w:val="28"/>
        </w:rPr>
        <w:t xml:space="preserve"> lâu đã tr</w:t>
      </w:r>
      <w:r w:rsidRPr="002F263B">
        <w:rPr>
          <w:rFonts w:ascii="Times New Roman" w:hAnsi="Times New Roman" w:cs="Times New Roman"/>
          <w:sz w:val="28"/>
          <w:szCs w:val="28"/>
        </w:rPr>
        <w:t>ở</w:t>
      </w:r>
      <w:r w:rsidRPr="002F263B">
        <w:rPr>
          <w:rFonts w:ascii="Times New Roman" w:hAnsi="Times New Roman" w:cs="Times New Roman"/>
          <w:sz w:val="28"/>
          <w:szCs w:val="28"/>
        </w:rPr>
        <w:t xml:space="preserve"> thành m</w:t>
      </w:r>
      <w:r w:rsidRPr="002F263B">
        <w:rPr>
          <w:rFonts w:ascii="Times New Roman" w:hAnsi="Times New Roman" w:cs="Times New Roman"/>
          <w:sz w:val="28"/>
          <w:szCs w:val="28"/>
        </w:rPr>
        <w:t>ộ</w:t>
      </w:r>
      <w:r w:rsidRPr="002F263B">
        <w:rPr>
          <w:rFonts w:ascii="Times New Roman" w:hAnsi="Times New Roman" w:cs="Times New Roman"/>
          <w:sz w:val="28"/>
          <w:szCs w:val="28"/>
        </w:rPr>
        <w:t>t trong nh</w:t>
      </w:r>
      <w:r w:rsidRPr="002F263B">
        <w:rPr>
          <w:rFonts w:ascii="Times New Roman" w:hAnsi="Times New Roman" w:cs="Times New Roman"/>
          <w:sz w:val="28"/>
          <w:szCs w:val="28"/>
        </w:rPr>
        <w:t>ữ</w:t>
      </w:r>
      <w:r w:rsidRPr="002F263B">
        <w:rPr>
          <w:rFonts w:ascii="Times New Roman" w:hAnsi="Times New Roman" w:cs="Times New Roman"/>
          <w:sz w:val="28"/>
          <w:szCs w:val="28"/>
        </w:rPr>
        <w:t>ng ngày l</w:t>
      </w:r>
      <w:r w:rsidRPr="002F263B">
        <w:rPr>
          <w:rFonts w:ascii="Times New Roman" w:hAnsi="Times New Roman" w:cs="Times New Roman"/>
          <w:sz w:val="28"/>
          <w:szCs w:val="28"/>
        </w:rPr>
        <w:t>ễ</w:t>
      </w:r>
      <w:r w:rsidRPr="002F263B">
        <w:rPr>
          <w:rFonts w:ascii="Times New Roman" w:hAnsi="Times New Roman" w:cs="Times New Roman"/>
          <w:sz w:val="28"/>
          <w:szCs w:val="28"/>
        </w:rPr>
        <w:t xml:space="preserve"> mang đ</w:t>
      </w:r>
      <w:r w:rsidRPr="002F263B">
        <w:rPr>
          <w:rFonts w:ascii="Times New Roman" w:hAnsi="Times New Roman" w:cs="Times New Roman"/>
          <w:sz w:val="28"/>
          <w:szCs w:val="28"/>
        </w:rPr>
        <w:t>ậ</w:t>
      </w:r>
      <w:r w:rsidRPr="002F263B">
        <w:rPr>
          <w:rFonts w:ascii="Times New Roman" w:hAnsi="Times New Roman" w:cs="Times New Roman"/>
          <w:sz w:val="28"/>
          <w:szCs w:val="28"/>
        </w:rPr>
        <w:t>m b</w:t>
      </w:r>
      <w:r w:rsidRPr="002F263B">
        <w:rPr>
          <w:rFonts w:ascii="Times New Roman" w:hAnsi="Times New Roman" w:cs="Times New Roman"/>
          <w:sz w:val="28"/>
          <w:szCs w:val="28"/>
        </w:rPr>
        <w:t>ả</w:t>
      </w:r>
      <w:r w:rsidRPr="002F263B">
        <w:rPr>
          <w:rFonts w:ascii="Times New Roman" w:hAnsi="Times New Roman" w:cs="Times New Roman"/>
          <w:sz w:val="28"/>
          <w:szCs w:val="28"/>
        </w:rPr>
        <w:t>n s</w:t>
      </w:r>
      <w:r w:rsidRPr="002F263B">
        <w:rPr>
          <w:rFonts w:ascii="Times New Roman" w:hAnsi="Times New Roman" w:cs="Times New Roman"/>
          <w:sz w:val="28"/>
          <w:szCs w:val="28"/>
        </w:rPr>
        <w:t>ắ</w:t>
      </w:r>
      <w:r w:rsidRPr="002F263B">
        <w:rPr>
          <w:rFonts w:ascii="Times New Roman" w:hAnsi="Times New Roman" w:cs="Times New Roman"/>
          <w:sz w:val="28"/>
          <w:szCs w:val="28"/>
        </w:rPr>
        <w:t>c văn hóa c</w:t>
      </w:r>
      <w:r w:rsidRPr="002F263B">
        <w:rPr>
          <w:rFonts w:ascii="Times New Roman" w:hAnsi="Times New Roman" w:cs="Times New Roman"/>
          <w:sz w:val="28"/>
          <w:szCs w:val="28"/>
        </w:rPr>
        <w:t>ủ</w:t>
      </w:r>
      <w:r w:rsidRPr="002F263B">
        <w:rPr>
          <w:rFonts w:ascii="Times New Roman" w:hAnsi="Times New Roman" w:cs="Times New Roman"/>
          <w:sz w:val="28"/>
          <w:szCs w:val="28"/>
        </w:rPr>
        <w:t>a dân t</w:t>
      </w:r>
      <w:r w:rsidRPr="002F263B">
        <w:rPr>
          <w:rFonts w:ascii="Times New Roman" w:hAnsi="Times New Roman" w:cs="Times New Roman"/>
          <w:sz w:val="28"/>
          <w:szCs w:val="28"/>
        </w:rPr>
        <w:t>ộ</w:t>
      </w:r>
      <w:r w:rsidRPr="002F263B">
        <w:rPr>
          <w:rFonts w:ascii="Times New Roman" w:hAnsi="Times New Roman" w:cs="Times New Roman"/>
          <w:sz w:val="28"/>
          <w:szCs w:val="28"/>
        </w:rPr>
        <w:t>c Vi</w:t>
      </w:r>
      <w:r w:rsidRPr="002F263B">
        <w:rPr>
          <w:rFonts w:ascii="Times New Roman" w:hAnsi="Times New Roman" w:cs="Times New Roman"/>
          <w:sz w:val="28"/>
          <w:szCs w:val="28"/>
        </w:rPr>
        <w:t>ệ</w:t>
      </w:r>
      <w:r w:rsidRPr="002F263B">
        <w:rPr>
          <w:rFonts w:ascii="Times New Roman" w:hAnsi="Times New Roman" w:cs="Times New Roman"/>
          <w:sz w:val="28"/>
          <w:szCs w:val="28"/>
        </w:rPr>
        <w:t>t Nam. Đây là d</w:t>
      </w:r>
      <w:r w:rsidRPr="002F263B">
        <w:rPr>
          <w:rFonts w:ascii="Times New Roman" w:hAnsi="Times New Roman" w:cs="Times New Roman"/>
          <w:sz w:val="28"/>
          <w:szCs w:val="28"/>
        </w:rPr>
        <w:t>ị</w:t>
      </w:r>
      <w:r w:rsidRPr="002F263B">
        <w:rPr>
          <w:rFonts w:ascii="Times New Roman" w:hAnsi="Times New Roman" w:cs="Times New Roman"/>
          <w:sz w:val="28"/>
          <w:szCs w:val="28"/>
        </w:rPr>
        <w:t>p đ</w:t>
      </w:r>
      <w:r w:rsidRPr="002F263B">
        <w:rPr>
          <w:rFonts w:ascii="Times New Roman" w:hAnsi="Times New Roman" w:cs="Times New Roman"/>
          <w:sz w:val="28"/>
          <w:szCs w:val="28"/>
        </w:rPr>
        <w:t>ể</w:t>
      </w:r>
      <w:r w:rsidRPr="002F263B">
        <w:rPr>
          <w:rFonts w:ascii="Times New Roman" w:hAnsi="Times New Roman" w:cs="Times New Roman"/>
          <w:sz w:val="28"/>
          <w:szCs w:val="28"/>
        </w:rPr>
        <w:t xml:space="preserve"> m</w:t>
      </w:r>
      <w:r w:rsidRPr="002F263B">
        <w:rPr>
          <w:rFonts w:ascii="Times New Roman" w:hAnsi="Times New Roman" w:cs="Times New Roman"/>
          <w:sz w:val="28"/>
          <w:szCs w:val="28"/>
        </w:rPr>
        <w:t>ọ</w:t>
      </w:r>
      <w:r w:rsidRPr="002F263B">
        <w:rPr>
          <w:rFonts w:ascii="Times New Roman" w:hAnsi="Times New Roman" w:cs="Times New Roman"/>
          <w:sz w:val="28"/>
          <w:szCs w:val="28"/>
        </w:rPr>
        <w:t>i ngư</w:t>
      </w:r>
      <w:r w:rsidRPr="002F263B">
        <w:rPr>
          <w:rFonts w:ascii="Times New Roman" w:hAnsi="Times New Roman" w:cs="Times New Roman"/>
          <w:sz w:val="28"/>
          <w:szCs w:val="28"/>
        </w:rPr>
        <w:t>ờ</w:t>
      </w:r>
      <w:r w:rsidRPr="002F263B">
        <w:rPr>
          <w:rFonts w:ascii="Times New Roman" w:hAnsi="Times New Roman" w:cs="Times New Roman"/>
          <w:sz w:val="28"/>
          <w:szCs w:val="28"/>
        </w:rPr>
        <w:t>i cùng nhau hư</w:t>
      </w:r>
      <w:r w:rsidRPr="002F263B">
        <w:rPr>
          <w:rFonts w:ascii="Times New Roman" w:hAnsi="Times New Roman" w:cs="Times New Roman"/>
          <w:sz w:val="28"/>
          <w:szCs w:val="28"/>
        </w:rPr>
        <w:t>ớ</w:t>
      </w:r>
      <w:r w:rsidRPr="002F263B">
        <w:rPr>
          <w:rFonts w:ascii="Times New Roman" w:hAnsi="Times New Roman" w:cs="Times New Roman"/>
          <w:sz w:val="28"/>
          <w:szCs w:val="28"/>
        </w:rPr>
        <w:t>ng v</w:t>
      </w:r>
      <w:r w:rsidRPr="002F263B">
        <w:rPr>
          <w:rFonts w:ascii="Times New Roman" w:hAnsi="Times New Roman" w:cs="Times New Roman"/>
          <w:sz w:val="28"/>
          <w:szCs w:val="28"/>
        </w:rPr>
        <w:t>ề</w:t>
      </w:r>
      <w:r w:rsidRPr="002F263B">
        <w:rPr>
          <w:rFonts w:ascii="Times New Roman" w:hAnsi="Times New Roman" w:cs="Times New Roman"/>
          <w:sz w:val="28"/>
          <w:szCs w:val="28"/>
        </w:rPr>
        <w:t xml:space="preserve"> giá tr</w:t>
      </w:r>
      <w:r w:rsidRPr="002F263B">
        <w:rPr>
          <w:rFonts w:ascii="Times New Roman" w:hAnsi="Times New Roman" w:cs="Times New Roman"/>
          <w:sz w:val="28"/>
          <w:szCs w:val="28"/>
        </w:rPr>
        <w:t>ị</w:t>
      </w:r>
      <w:r w:rsidRPr="002F263B">
        <w:rPr>
          <w:rFonts w:ascii="Times New Roman" w:hAnsi="Times New Roman" w:cs="Times New Roman"/>
          <w:sz w:val="28"/>
          <w:szCs w:val="28"/>
        </w:rPr>
        <w:t xml:space="preserve"> đoàn </w:t>
      </w:r>
      <w:r w:rsidRPr="002F263B">
        <w:rPr>
          <w:rFonts w:ascii="Times New Roman" w:hAnsi="Times New Roman" w:cs="Times New Roman"/>
          <w:sz w:val="28"/>
          <w:szCs w:val="28"/>
        </w:rPr>
        <w:t>viên, g</w:t>
      </w:r>
      <w:r w:rsidRPr="002F263B">
        <w:rPr>
          <w:rFonts w:ascii="Times New Roman" w:hAnsi="Times New Roman" w:cs="Times New Roman"/>
          <w:sz w:val="28"/>
          <w:szCs w:val="28"/>
        </w:rPr>
        <w:t>ắ</w:t>
      </w:r>
      <w:r w:rsidRPr="002F263B">
        <w:rPr>
          <w:rFonts w:ascii="Times New Roman" w:hAnsi="Times New Roman" w:cs="Times New Roman"/>
          <w:sz w:val="28"/>
          <w:szCs w:val="28"/>
        </w:rPr>
        <w:t>n k</w:t>
      </w:r>
      <w:r w:rsidRPr="002F263B">
        <w:rPr>
          <w:rFonts w:ascii="Times New Roman" w:hAnsi="Times New Roman" w:cs="Times New Roman"/>
          <w:sz w:val="28"/>
          <w:szCs w:val="28"/>
        </w:rPr>
        <w:t>ế</w:t>
      </w:r>
      <w:r w:rsidRPr="002F263B">
        <w:rPr>
          <w:rFonts w:ascii="Times New Roman" w:hAnsi="Times New Roman" w:cs="Times New Roman"/>
          <w:sz w:val="28"/>
          <w:szCs w:val="28"/>
        </w:rPr>
        <w:t>t gia đình, đ</w:t>
      </w:r>
      <w:r w:rsidRPr="002F263B">
        <w:rPr>
          <w:rFonts w:ascii="Times New Roman" w:hAnsi="Times New Roman" w:cs="Times New Roman"/>
          <w:sz w:val="28"/>
          <w:szCs w:val="28"/>
        </w:rPr>
        <w:t>ồ</w:t>
      </w:r>
      <w:r w:rsidRPr="002F263B">
        <w:rPr>
          <w:rFonts w:ascii="Times New Roman" w:hAnsi="Times New Roman" w:cs="Times New Roman"/>
          <w:sz w:val="28"/>
          <w:szCs w:val="28"/>
        </w:rPr>
        <w:t>ng th</w:t>
      </w:r>
      <w:r w:rsidRPr="002F263B">
        <w:rPr>
          <w:rFonts w:ascii="Times New Roman" w:hAnsi="Times New Roman" w:cs="Times New Roman"/>
          <w:sz w:val="28"/>
          <w:szCs w:val="28"/>
        </w:rPr>
        <w:t>ờ</w:t>
      </w:r>
      <w:r w:rsidRPr="002F263B">
        <w:rPr>
          <w:rFonts w:ascii="Times New Roman" w:hAnsi="Times New Roman" w:cs="Times New Roman"/>
          <w:sz w:val="28"/>
          <w:szCs w:val="28"/>
        </w:rPr>
        <w:t>i cũng là ngày h</w:t>
      </w:r>
      <w:r w:rsidRPr="002F263B">
        <w:rPr>
          <w:rFonts w:ascii="Times New Roman" w:hAnsi="Times New Roman" w:cs="Times New Roman"/>
          <w:sz w:val="28"/>
          <w:szCs w:val="28"/>
        </w:rPr>
        <w:t>ộ</w:t>
      </w:r>
      <w:r w:rsidRPr="002F263B">
        <w:rPr>
          <w:rFonts w:ascii="Times New Roman" w:hAnsi="Times New Roman" w:cs="Times New Roman"/>
          <w:sz w:val="28"/>
          <w:szCs w:val="28"/>
        </w:rPr>
        <w:t>i đ</w:t>
      </w:r>
      <w:r w:rsidRPr="002F263B">
        <w:rPr>
          <w:rFonts w:ascii="Times New Roman" w:hAnsi="Times New Roman" w:cs="Times New Roman"/>
          <w:sz w:val="28"/>
          <w:szCs w:val="28"/>
        </w:rPr>
        <w:t>ặ</w:t>
      </w:r>
      <w:r w:rsidRPr="002F263B">
        <w:rPr>
          <w:rFonts w:ascii="Times New Roman" w:hAnsi="Times New Roman" w:cs="Times New Roman"/>
          <w:sz w:val="28"/>
          <w:szCs w:val="28"/>
        </w:rPr>
        <w:t>c bi</w:t>
      </w:r>
      <w:r w:rsidRPr="002F263B">
        <w:rPr>
          <w:rFonts w:ascii="Times New Roman" w:hAnsi="Times New Roman" w:cs="Times New Roman"/>
          <w:sz w:val="28"/>
          <w:szCs w:val="28"/>
        </w:rPr>
        <w:t>ệ</w:t>
      </w:r>
      <w:r w:rsidRPr="002F263B">
        <w:rPr>
          <w:rFonts w:ascii="Times New Roman" w:hAnsi="Times New Roman" w:cs="Times New Roman"/>
          <w:sz w:val="28"/>
          <w:szCs w:val="28"/>
        </w:rPr>
        <w:t>t dành riêng cho thi</w:t>
      </w:r>
      <w:r w:rsidRPr="002F263B">
        <w:rPr>
          <w:rFonts w:ascii="Times New Roman" w:hAnsi="Times New Roman" w:cs="Times New Roman"/>
          <w:sz w:val="28"/>
          <w:szCs w:val="28"/>
        </w:rPr>
        <w:t>ế</w:t>
      </w:r>
      <w:r w:rsidRPr="002F263B">
        <w:rPr>
          <w:rFonts w:ascii="Times New Roman" w:hAnsi="Times New Roman" w:cs="Times New Roman"/>
          <w:sz w:val="28"/>
          <w:szCs w:val="28"/>
        </w:rPr>
        <w:t>u nhi – nh</w:t>
      </w:r>
      <w:r w:rsidRPr="002F263B">
        <w:rPr>
          <w:rFonts w:ascii="Times New Roman" w:hAnsi="Times New Roman" w:cs="Times New Roman"/>
          <w:sz w:val="28"/>
          <w:szCs w:val="28"/>
        </w:rPr>
        <w:t>ữ</w:t>
      </w:r>
      <w:r w:rsidRPr="002F263B">
        <w:rPr>
          <w:rFonts w:ascii="Times New Roman" w:hAnsi="Times New Roman" w:cs="Times New Roman"/>
          <w:sz w:val="28"/>
          <w:szCs w:val="28"/>
        </w:rPr>
        <w:t>ng ch</w:t>
      </w:r>
      <w:r w:rsidRPr="002F263B">
        <w:rPr>
          <w:rFonts w:ascii="Times New Roman" w:hAnsi="Times New Roman" w:cs="Times New Roman"/>
          <w:sz w:val="28"/>
          <w:szCs w:val="28"/>
        </w:rPr>
        <w:t>ủ</w:t>
      </w:r>
      <w:r w:rsidRPr="002F263B">
        <w:rPr>
          <w:rFonts w:ascii="Times New Roman" w:hAnsi="Times New Roman" w:cs="Times New Roman"/>
          <w:sz w:val="28"/>
          <w:szCs w:val="28"/>
        </w:rPr>
        <w:t xml:space="preserve"> nhân tương lai c</w:t>
      </w:r>
      <w:r w:rsidRPr="002F263B">
        <w:rPr>
          <w:rFonts w:ascii="Times New Roman" w:hAnsi="Times New Roman" w:cs="Times New Roman"/>
          <w:sz w:val="28"/>
          <w:szCs w:val="28"/>
        </w:rPr>
        <w:t>ủ</w:t>
      </w:r>
      <w:r w:rsidRPr="002F263B">
        <w:rPr>
          <w:rFonts w:ascii="Times New Roman" w:hAnsi="Times New Roman" w:cs="Times New Roman"/>
          <w:sz w:val="28"/>
          <w:szCs w:val="28"/>
        </w:rPr>
        <w:t>a đ</w:t>
      </w:r>
      <w:r w:rsidRPr="002F263B">
        <w:rPr>
          <w:rFonts w:ascii="Times New Roman" w:hAnsi="Times New Roman" w:cs="Times New Roman"/>
          <w:sz w:val="28"/>
          <w:szCs w:val="28"/>
        </w:rPr>
        <w:t>ấ</w:t>
      </w:r>
      <w:r w:rsidRPr="002F263B">
        <w:rPr>
          <w:rFonts w:ascii="Times New Roman" w:hAnsi="Times New Roman" w:cs="Times New Roman"/>
          <w:sz w:val="28"/>
          <w:szCs w:val="28"/>
        </w:rPr>
        <w:t>t nư</w:t>
      </w:r>
      <w:r w:rsidRPr="002F263B">
        <w:rPr>
          <w:rFonts w:ascii="Times New Roman" w:hAnsi="Times New Roman" w:cs="Times New Roman"/>
          <w:sz w:val="28"/>
          <w:szCs w:val="28"/>
        </w:rPr>
        <w:t>ớ</w:t>
      </w:r>
      <w:r w:rsidRPr="002F263B">
        <w:rPr>
          <w:rFonts w:ascii="Times New Roman" w:hAnsi="Times New Roman" w:cs="Times New Roman"/>
          <w:sz w:val="28"/>
          <w:szCs w:val="28"/>
        </w:rPr>
        <w:t>c. Vào đêm r</w:t>
      </w:r>
      <w:r w:rsidRPr="002F263B">
        <w:rPr>
          <w:rFonts w:ascii="Times New Roman" w:hAnsi="Times New Roman" w:cs="Times New Roman"/>
          <w:sz w:val="28"/>
          <w:szCs w:val="28"/>
        </w:rPr>
        <w:t>ằ</w:t>
      </w:r>
      <w:r w:rsidRPr="002F263B">
        <w:rPr>
          <w:rFonts w:ascii="Times New Roman" w:hAnsi="Times New Roman" w:cs="Times New Roman"/>
          <w:sz w:val="28"/>
          <w:szCs w:val="28"/>
        </w:rPr>
        <w:t>m tháng Tám, dư</w:t>
      </w:r>
      <w:r w:rsidRPr="002F263B">
        <w:rPr>
          <w:rFonts w:ascii="Times New Roman" w:hAnsi="Times New Roman" w:cs="Times New Roman"/>
          <w:sz w:val="28"/>
          <w:szCs w:val="28"/>
        </w:rPr>
        <w:t>ớ</w:t>
      </w:r>
      <w:r w:rsidRPr="002F263B">
        <w:rPr>
          <w:rFonts w:ascii="Times New Roman" w:hAnsi="Times New Roman" w:cs="Times New Roman"/>
          <w:sz w:val="28"/>
          <w:szCs w:val="28"/>
        </w:rPr>
        <w:t>i ánh trăng tròn vành v</w:t>
      </w:r>
      <w:r w:rsidRPr="002F263B">
        <w:rPr>
          <w:rFonts w:ascii="Times New Roman" w:hAnsi="Times New Roman" w:cs="Times New Roman"/>
          <w:sz w:val="28"/>
          <w:szCs w:val="28"/>
        </w:rPr>
        <w:t>ạ</w:t>
      </w:r>
      <w:r w:rsidRPr="002F263B">
        <w:rPr>
          <w:rFonts w:ascii="Times New Roman" w:hAnsi="Times New Roman" w:cs="Times New Roman"/>
          <w:sz w:val="28"/>
          <w:szCs w:val="28"/>
        </w:rPr>
        <w:t>nh, tr</w:t>
      </w:r>
      <w:r w:rsidRPr="002F263B">
        <w:rPr>
          <w:rFonts w:ascii="Times New Roman" w:hAnsi="Times New Roman" w:cs="Times New Roman"/>
          <w:sz w:val="28"/>
          <w:szCs w:val="28"/>
        </w:rPr>
        <w:t>ẻ</w:t>
      </w:r>
      <w:r w:rsidRPr="002F263B">
        <w:rPr>
          <w:rFonts w:ascii="Times New Roman" w:hAnsi="Times New Roman" w:cs="Times New Roman"/>
          <w:sz w:val="28"/>
          <w:szCs w:val="28"/>
        </w:rPr>
        <w:t xml:space="preserve"> em nô n</w:t>
      </w:r>
      <w:r w:rsidRPr="002F263B">
        <w:rPr>
          <w:rFonts w:ascii="Times New Roman" w:hAnsi="Times New Roman" w:cs="Times New Roman"/>
          <w:sz w:val="28"/>
          <w:szCs w:val="28"/>
        </w:rPr>
        <w:t>ứ</w:t>
      </w:r>
      <w:r w:rsidRPr="002F263B">
        <w:rPr>
          <w:rFonts w:ascii="Times New Roman" w:hAnsi="Times New Roman" w:cs="Times New Roman"/>
          <w:sz w:val="28"/>
          <w:szCs w:val="28"/>
        </w:rPr>
        <w:t>c rư</w:t>
      </w:r>
      <w:r w:rsidRPr="002F263B">
        <w:rPr>
          <w:rFonts w:ascii="Times New Roman" w:hAnsi="Times New Roman" w:cs="Times New Roman"/>
          <w:sz w:val="28"/>
          <w:szCs w:val="28"/>
        </w:rPr>
        <w:t>ớ</w:t>
      </w:r>
      <w:r w:rsidRPr="002F263B">
        <w:rPr>
          <w:rFonts w:ascii="Times New Roman" w:hAnsi="Times New Roman" w:cs="Times New Roman"/>
          <w:sz w:val="28"/>
          <w:szCs w:val="28"/>
        </w:rPr>
        <w:t>c đèn ông sao, múa hát tưng b</w:t>
      </w:r>
      <w:r w:rsidRPr="002F263B">
        <w:rPr>
          <w:rFonts w:ascii="Times New Roman" w:hAnsi="Times New Roman" w:cs="Times New Roman"/>
          <w:sz w:val="28"/>
          <w:szCs w:val="28"/>
        </w:rPr>
        <w:t>ừ</w:t>
      </w:r>
      <w:r w:rsidRPr="002F263B">
        <w:rPr>
          <w:rFonts w:ascii="Times New Roman" w:hAnsi="Times New Roman" w:cs="Times New Roman"/>
          <w:sz w:val="28"/>
          <w:szCs w:val="28"/>
        </w:rPr>
        <w:t>ng, phá c</w:t>
      </w:r>
      <w:r w:rsidRPr="002F263B">
        <w:rPr>
          <w:rFonts w:ascii="Times New Roman" w:hAnsi="Times New Roman" w:cs="Times New Roman"/>
          <w:sz w:val="28"/>
          <w:szCs w:val="28"/>
        </w:rPr>
        <w:t>ỗ</w:t>
      </w:r>
      <w:r w:rsidRPr="002F263B">
        <w:rPr>
          <w:rFonts w:ascii="Times New Roman" w:hAnsi="Times New Roman" w:cs="Times New Roman"/>
          <w:sz w:val="28"/>
          <w:szCs w:val="28"/>
        </w:rPr>
        <w:t xml:space="preserve"> trông trăng; ngư</w:t>
      </w:r>
      <w:r w:rsidRPr="002F263B">
        <w:rPr>
          <w:rFonts w:ascii="Times New Roman" w:hAnsi="Times New Roman" w:cs="Times New Roman"/>
          <w:sz w:val="28"/>
          <w:szCs w:val="28"/>
        </w:rPr>
        <w:t>ờ</w:t>
      </w:r>
      <w:r w:rsidRPr="002F263B">
        <w:rPr>
          <w:rFonts w:ascii="Times New Roman" w:hAnsi="Times New Roman" w:cs="Times New Roman"/>
          <w:sz w:val="28"/>
          <w:szCs w:val="28"/>
        </w:rPr>
        <w:t>i</w:t>
      </w:r>
      <w:r w:rsidRPr="002F263B">
        <w:rPr>
          <w:rFonts w:ascii="Times New Roman" w:hAnsi="Times New Roman" w:cs="Times New Roman"/>
          <w:sz w:val="28"/>
          <w:szCs w:val="28"/>
        </w:rPr>
        <w:t xml:space="preserve"> l</w:t>
      </w:r>
      <w:r w:rsidRPr="002F263B">
        <w:rPr>
          <w:rFonts w:ascii="Times New Roman" w:hAnsi="Times New Roman" w:cs="Times New Roman"/>
          <w:sz w:val="28"/>
          <w:szCs w:val="28"/>
        </w:rPr>
        <w:t>ớ</w:t>
      </w:r>
      <w:r w:rsidRPr="002F263B">
        <w:rPr>
          <w:rFonts w:ascii="Times New Roman" w:hAnsi="Times New Roman" w:cs="Times New Roman"/>
          <w:sz w:val="28"/>
          <w:szCs w:val="28"/>
        </w:rPr>
        <w:t>n thì g</w:t>
      </w:r>
      <w:r w:rsidRPr="002F263B">
        <w:rPr>
          <w:rFonts w:ascii="Times New Roman" w:hAnsi="Times New Roman" w:cs="Times New Roman"/>
          <w:sz w:val="28"/>
          <w:szCs w:val="28"/>
        </w:rPr>
        <w:t>ử</w:t>
      </w:r>
      <w:r w:rsidRPr="002F263B">
        <w:rPr>
          <w:rFonts w:ascii="Times New Roman" w:hAnsi="Times New Roman" w:cs="Times New Roman"/>
          <w:sz w:val="28"/>
          <w:szCs w:val="28"/>
        </w:rPr>
        <w:t>i g</w:t>
      </w:r>
      <w:r w:rsidRPr="002F263B">
        <w:rPr>
          <w:rFonts w:ascii="Times New Roman" w:hAnsi="Times New Roman" w:cs="Times New Roman"/>
          <w:sz w:val="28"/>
          <w:szCs w:val="28"/>
        </w:rPr>
        <w:t>ắ</w:t>
      </w:r>
      <w:r w:rsidRPr="002F263B">
        <w:rPr>
          <w:rFonts w:ascii="Times New Roman" w:hAnsi="Times New Roman" w:cs="Times New Roman"/>
          <w:sz w:val="28"/>
          <w:szCs w:val="28"/>
        </w:rPr>
        <w:t>m tình thương, s</w:t>
      </w:r>
      <w:r w:rsidRPr="002F263B">
        <w:rPr>
          <w:rFonts w:ascii="Times New Roman" w:hAnsi="Times New Roman" w:cs="Times New Roman"/>
          <w:sz w:val="28"/>
          <w:szCs w:val="28"/>
        </w:rPr>
        <w:t>ự</w:t>
      </w:r>
      <w:r w:rsidRPr="002F263B">
        <w:rPr>
          <w:rFonts w:ascii="Times New Roman" w:hAnsi="Times New Roman" w:cs="Times New Roman"/>
          <w:sz w:val="28"/>
          <w:szCs w:val="28"/>
        </w:rPr>
        <w:t xml:space="preserve"> chăm sóc và nh</w:t>
      </w:r>
      <w:r w:rsidRPr="002F263B">
        <w:rPr>
          <w:rFonts w:ascii="Times New Roman" w:hAnsi="Times New Roman" w:cs="Times New Roman"/>
          <w:sz w:val="28"/>
          <w:szCs w:val="28"/>
        </w:rPr>
        <w:t>ữ</w:t>
      </w:r>
      <w:r w:rsidRPr="002F263B">
        <w:rPr>
          <w:rFonts w:ascii="Times New Roman" w:hAnsi="Times New Roman" w:cs="Times New Roman"/>
          <w:sz w:val="28"/>
          <w:szCs w:val="28"/>
        </w:rPr>
        <w:t>ng l</w:t>
      </w:r>
      <w:r w:rsidRPr="002F263B">
        <w:rPr>
          <w:rFonts w:ascii="Times New Roman" w:hAnsi="Times New Roman" w:cs="Times New Roman"/>
          <w:sz w:val="28"/>
          <w:szCs w:val="28"/>
        </w:rPr>
        <w:t>ờ</w:t>
      </w:r>
      <w:r w:rsidRPr="002F263B">
        <w:rPr>
          <w:rFonts w:ascii="Times New Roman" w:hAnsi="Times New Roman" w:cs="Times New Roman"/>
          <w:sz w:val="28"/>
          <w:szCs w:val="28"/>
        </w:rPr>
        <w:t>i chúc t</w:t>
      </w:r>
      <w:r w:rsidRPr="002F263B">
        <w:rPr>
          <w:rFonts w:ascii="Times New Roman" w:hAnsi="Times New Roman" w:cs="Times New Roman"/>
          <w:sz w:val="28"/>
          <w:szCs w:val="28"/>
        </w:rPr>
        <w:t>ố</w:t>
      </w:r>
      <w:r w:rsidRPr="002F263B">
        <w:rPr>
          <w:rFonts w:ascii="Times New Roman" w:hAnsi="Times New Roman" w:cs="Times New Roman"/>
          <w:sz w:val="28"/>
          <w:szCs w:val="28"/>
        </w:rPr>
        <w:t>t đ</w:t>
      </w:r>
      <w:r w:rsidRPr="002F263B">
        <w:rPr>
          <w:rFonts w:ascii="Times New Roman" w:hAnsi="Times New Roman" w:cs="Times New Roman"/>
          <w:sz w:val="28"/>
          <w:szCs w:val="28"/>
        </w:rPr>
        <w:t>ẹ</w:t>
      </w:r>
      <w:r w:rsidRPr="002F263B">
        <w:rPr>
          <w:rFonts w:ascii="Times New Roman" w:hAnsi="Times New Roman" w:cs="Times New Roman"/>
          <w:sz w:val="28"/>
          <w:szCs w:val="28"/>
        </w:rPr>
        <w:t>p đ</w:t>
      </w:r>
      <w:r w:rsidRPr="002F263B">
        <w:rPr>
          <w:rFonts w:ascii="Times New Roman" w:hAnsi="Times New Roman" w:cs="Times New Roman"/>
          <w:sz w:val="28"/>
          <w:szCs w:val="28"/>
        </w:rPr>
        <w:t>ế</w:t>
      </w:r>
      <w:r w:rsidRPr="002F263B">
        <w:rPr>
          <w:rFonts w:ascii="Times New Roman" w:hAnsi="Times New Roman" w:cs="Times New Roman"/>
          <w:sz w:val="28"/>
          <w:szCs w:val="28"/>
        </w:rPr>
        <w:t>n các em nh</w:t>
      </w:r>
      <w:r w:rsidRPr="002F263B">
        <w:rPr>
          <w:rFonts w:ascii="Times New Roman" w:hAnsi="Times New Roman" w:cs="Times New Roman"/>
          <w:sz w:val="28"/>
          <w:szCs w:val="28"/>
        </w:rPr>
        <w:t>ỏ</w:t>
      </w:r>
      <w:r w:rsidRPr="002F263B">
        <w:rPr>
          <w:rFonts w:ascii="Times New Roman" w:hAnsi="Times New Roman" w:cs="Times New Roman"/>
          <w:sz w:val="28"/>
          <w:szCs w:val="28"/>
        </w:rPr>
        <w:t>. Qua bao th</w:t>
      </w:r>
      <w:r w:rsidRPr="002F263B">
        <w:rPr>
          <w:rFonts w:ascii="Times New Roman" w:hAnsi="Times New Roman" w:cs="Times New Roman"/>
          <w:sz w:val="28"/>
          <w:szCs w:val="28"/>
        </w:rPr>
        <w:t>ế</w:t>
      </w:r>
      <w:r w:rsidRPr="002F263B">
        <w:rPr>
          <w:rFonts w:ascii="Times New Roman" w:hAnsi="Times New Roman" w:cs="Times New Roman"/>
          <w:sz w:val="28"/>
          <w:szCs w:val="28"/>
        </w:rPr>
        <w:t xml:space="preserve"> h</w:t>
      </w:r>
      <w:r w:rsidRPr="002F263B">
        <w:rPr>
          <w:rFonts w:ascii="Times New Roman" w:hAnsi="Times New Roman" w:cs="Times New Roman"/>
          <w:sz w:val="28"/>
          <w:szCs w:val="28"/>
        </w:rPr>
        <w:t>ệ</w:t>
      </w:r>
      <w:r w:rsidRPr="002F263B">
        <w:rPr>
          <w:rFonts w:ascii="Times New Roman" w:hAnsi="Times New Roman" w:cs="Times New Roman"/>
          <w:sz w:val="28"/>
          <w:szCs w:val="28"/>
        </w:rPr>
        <w:t>, T</w:t>
      </w:r>
      <w:r w:rsidRPr="002F263B">
        <w:rPr>
          <w:rFonts w:ascii="Times New Roman" w:hAnsi="Times New Roman" w:cs="Times New Roman"/>
          <w:sz w:val="28"/>
          <w:szCs w:val="28"/>
        </w:rPr>
        <w:t>ế</w:t>
      </w:r>
      <w:r w:rsidRPr="002F263B">
        <w:rPr>
          <w:rFonts w:ascii="Times New Roman" w:hAnsi="Times New Roman" w:cs="Times New Roman"/>
          <w:sz w:val="28"/>
          <w:szCs w:val="28"/>
        </w:rPr>
        <w:t>t Trung Thu đã tr</w:t>
      </w:r>
      <w:r w:rsidRPr="002F263B">
        <w:rPr>
          <w:rFonts w:ascii="Times New Roman" w:hAnsi="Times New Roman" w:cs="Times New Roman"/>
          <w:sz w:val="28"/>
          <w:szCs w:val="28"/>
        </w:rPr>
        <w:t>ở</w:t>
      </w:r>
      <w:r w:rsidRPr="002F263B">
        <w:rPr>
          <w:rFonts w:ascii="Times New Roman" w:hAnsi="Times New Roman" w:cs="Times New Roman"/>
          <w:sz w:val="28"/>
          <w:szCs w:val="28"/>
        </w:rPr>
        <w:t xml:space="preserve"> thành ngày h</w:t>
      </w:r>
      <w:r w:rsidRPr="002F263B">
        <w:rPr>
          <w:rFonts w:ascii="Times New Roman" w:hAnsi="Times New Roman" w:cs="Times New Roman"/>
          <w:sz w:val="28"/>
          <w:szCs w:val="28"/>
        </w:rPr>
        <w:t>ộ</w:t>
      </w:r>
      <w:r w:rsidRPr="002F263B">
        <w:rPr>
          <w:rFonts w:ascii="Times New Roman" w:hAnsi="Times New Roman" w:cs="Times New Roman"/>
          <w:sz w:val="28"/>
          <w:szCs w:val="28"/>
        </w:rPr>
        <w:t>i tu</w:t>
      </w:r>
      <w:r w:rsidRPr="002F263B">
        <w:rPr>
          <w:rFonts w:ascii="Times New Roman" w:hAnsi="Times New Roman" w:cs="Times New Roman"/>
          <w:sz w:val="28"/>
          <w:szCs w:val="28"/>
        </w:rPr>
        <w:t>ổ</w:t>
      </w:r>
      <w:r w:rsidRPr="002F263B">
        <w:rPr>
          <w:rFonts w:ascii="Times New Roman" w:hAnsi="Times New Roman" w:cs="Times New Roman"/>
          <w:sz w:val="28"/>
          <w:szCs w:val="28"/>
        </w:rPr>
        <w:t>i thơ, nuôi dư</w:t>
      </w:r>
      <w:r w:rsidRPr="002F263B">
        <w:rPr>
          <w:rFonts w:ascii="Times New Roman" w:hAnsi="Times New Roman" w:cs="Times New Roman"/>
          <w:sz w:val="28"/>
          <w:szCs w:val="28"/>
        </w:rPr>
        <w:t>ỡ</w:t>
      </w:r>
      <w:r w:rsidRPr="002F263B">
        <w:rPr>
          <w:rFonts w:ascii="Times New Roman" w:hAnsi="Times New Roman" w:cs="Times New Roman"/>
          <w:sz w:val="28"/>
          <w:szCs w:val="28"/>
        </w:rPr>
        <w:t>ng tâm h</w:t>
      </w:r>
      <w:r w:rsidRPr="002F263B">
        <w:rPr>
          <w:rFonts w:ascii="Times New Roman" w:hAnsi="Times New Roman" w:cs="Times New Roman"/>
          <w:sz w:val="28"/>
          <w:szCs w:val="28"/>
        </w:rPr>
        <w:t>ồ</w:t>
      </w:r>
      <w:r w:rsidRPr="002F263B">
        <w:rPr>
          <w:rFonts w:ascii="Times New Roman" w:hAnsi="Times New Roman" w:cs="Times New Roman"/>
          <w:sz w:val="28"/>
          <w:szCs w:val="28"/>
        </w:rPr>
        <w:t>n trong sáng và khát v</w:t>
      </w:r>
      <w:r w:rsidRPr="002F263B">
        <w:rPr>
          <w:rFonts w:ascii="Times New Roman" w:hAnsi="Times New Roman" w:cs="Times New Roman"/>
          <w:sz w:val="28"/>
          <w:szCs w:val="28"/>
        </w:rPr>
        <w:t>ọ</w:t>
      </w:r>
      <w:r w:rsidRPr="002F263B">
        <w:rPr>
          <w:rFonts w:ascii="Times New Roman" w:hAnsi="Times New Roman" w:cs="Times New Roman"/>
          <w:sz w:val="28"/>
          <w:szCs w:val="28"/>
        </w:rPr>
        <w:t>ng h</w:t>
      </w:r>
      <w:r w:rsidRPr="002F263B">
        <w:rPr>
          <w:rFonts w:ascii="Times New Roman" w:hAnsi="Times New Roman" w:cs="Times New Roman"/>
          <w:sz w:val="28"/>
          <w:szCs w:val="28"/>
        </w:rPr>
        <w:t>ạ</w:t>
      </w:r>
      <w:r w:rsidRPr="002F263B">
        <w:rPr>
          <w:rFonts w:ascii="Times New Roman" w:hAnsi="Times New Roman" w:cs="Times New Roman"/>
          <w:sz w:val="28"/>
          <w:szCs w:val="28"/>
        </w:rPr>
        <w:t>nh phúc c</w:t>
      </w:r>
      <w:r w:rsidRPr="002F263B">
        <w:rPr>
          <w:rFonts w:ascii="Times New Roman" w:hAnsi="Times New Roman" w:cs="Times New Roman"/>
          <w:sz w:val="28"/>
          <w:szCs w:val="28"/>
        </w:rPr>
        <w:t>ủ</w:t>
      </w:r>
      <w:r w:rsidRPr="002F263B">
        <w:rPr>
          <w:rFonts w:ascii="Times New Roman" w:hAnsi="Times New Roman" w:cs="Times New Roman"/>
          <w:sz w:val="28"/>
          <w:szCs w:val="28"/>
        </w:rPr>
        <w:t>a m</w:t>
      </w:r>
      <w:r w:rsidRPr="002F263B">
        <w:rPr>
          <w:rFonts w:ascii="Times New Roman" w:hAnsi="Times New Roman" w:cs="Times New Roman"/>
          <w:sz w:val="28"/>
          <w:szCs w:val="28"/>
        </w:rPr>
        <w:t>ỗ</w:t>
      </w:r>
      <w:r w:rsidRPr="002F263B">
        <w:rPr>
          <w:rFonts w:ascii="Times New Roman" w:hAnsi="Times New Roman" w:cs="Times New Roman"/>
          <w:sz w:val="28"/>
          <w:szCs w:val="28"/>
        </w:rPr>
        <w:t>i con ngư</w:t>
      </w:r>
      <w:r w:rsidRPr="002F263B">
        <w:rPr>
          <w:rFonts w:ascii="Times New Roman" w:hAnsi="Times New Roman" w:cs="Times New Roman"/>
          <w:sz w:val="28"/>
          <w:szCs w:val="28"/>
        </w:rPr>
        <w:t>ờ</w:t>
      </w:r>
      <w:r w:rsidRPr="002F263B">
        <w:rPr>
          <w:rFonts w:ascii="Times New Roman" w:hAnsi="Times New Roman" w:cs="Times New Roman"/>
          <w:sz w:val="28"/>
          <w:szCs w:val="28"/>
        </w:rPr>
        <w:t>i Vi</w:t>
      </w:r>
      <w:r w:rsidRPr="002F263B">
        <w:rPr>
          <w:rFonts w:ascii="Times New Roman" w:hAnsi="Times New Roman" w:cs="Times New Roman"/>
          <w:sz w:val="28"/>
          <w:szCs w:val="28"/>
        </w:rPr>
        <w:t>ệ</w:t>
      </w:r>
      <w:r w:rsidRPr="002F263B">
        <w:rPr>
          <w:rFonts w:ascii="Times New Roman" w:hAnsi="Times New Roman" w:cs="Times New Roman"/>
          <w:sz w:val="28"/>
          <w:szCs w:val="28"/>
        </w:rPr>
        <w:t>t Nam.</w:t>
      </w:r>
    </w:p>
    <w:p w14:paraId="171A4065" w14:textId="77777777" w:rsidR="000110ED" w:rsidRDefault="000110ED" w:rsidP="00D31F21">
      <w:pPr>
        <w:spacing w:after="0"/>
        <w:ind w:firstLine="567"/>
        <w:jc w:val="both"/>
        <w:rPr>
          <w:rFonts w:ascii="Times New Roman" w:hAnsi="Times New Roman" w:cs="Times New Roman"/>
          <w:sz w:val="28"/>
          <w:szCs w:val="28"/>
        </w:rPr>
      </w:pPr>
    </w:p>
    <w:p w14:paraId="409968EF" w14:textId="77777777" w:rsidR="00C43F6F" w:rsidRDefault="00D31F21" w:rsidP="00C24505">
      <w:pPr>
        <w:spacing w:after="0"/>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0F46CF4" wp14:editId="3EA559B3">
            <wp:extent cx="5705475" cy="3886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5708474" cy="3888243"/>
                    </a:xfrm>
                    <a:prstGeom prst="rect">
                      <a:avLst/>
                    </a:prstGeom>
                  </pic:spPr>
                </pic:pic>
              </a:graphicData>
            </a:graphic>
          </wp:inline>
        </w:drawing>
      </w:r>
      <w:r w:rsidR="001A392B" w:rsidRPr="002F263B">
        <w:rPr>
          <w:rFonts w:ascii="Times New Roman" w:hAnsi="Times New Roman" w:cs="Times New Roman"/>
          <w:sz w:val="28"/>
          <w:szCs w:val="28"/>
        </w:rPr>
        <w:br/>
      </w:r>
      <w:r w:rsidR="002F263B">
        <w:rPr>
          <w:rFonts w:ascii="Times New Roman" w:hAnsi="Times New Roman" w:cs="Times New Roman"/>
          <w:sz w:val="28"/>
          <w:szCs w:val="28"/>
        </w:rPr>
        <w:t xml:space="preserve">      </w:t>
      </w:r>
    </w:p>
    <w:p w14:paraId="0722B526" w14:textId="585B6B8B" w:rsidR="00D31F21" w:rsidRDefault="002F263B" w:rsidP="00C43F6F">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1A392B" w:rsidRPr="002F263B">
        <w:rPr>
          <w:rFonts w:ascii="Times New Roman" w:hAnsi="Times New Roman" w:cs="Times New Roman"/>
          <w:sz w:val="28"/>
          <w:szCs w:val="28"/>
        </w:rPr>
        <w:t>Nh</w:t>
      </w:r>
      <w:r w:rsidR="001A392B" w:rsidRPr="002F263B">
        <w:rPr>
          <w:rFonts w:ascii="Times New Roman" w:hAnsi="Times New Roman" w:cs="Times New Roman"/>
          <w:sz w:val="28"/>
          <w:szCs w:val="28"/>
        </w:rPr>
        <w:t>ằ</w:t>
      </w:r>
      <w:r w:rsidR="001A392B" w:rsidRPr="002F263B">
        <w:rPr>
          <w:rFonts w:ascii="Times New Roman" w:hAnsi="Times New Roman" w:cs="Times New Roman"/>
          <w:sz w:val="28"/>
          <w:szCs w:val="28"/>
        </w:rPr>
        <w:t>m gi</w:t>
      </w:r>
      <w:r w:rsidR="001A392B" w:rsidRPr="002F263B">
        <w:rPr>
          <w:rFonts w:ascii="Times New Roman" w:hAnsi="Times New Roman" w:cs="Times New Roman"/>
          <w:sz w:val="28"/>
          <w:szCs w:val="28"/>
        </w:rPr>
        <w:t>ữ</w:t>
      </w:r>
      <w:r w:rsidR="001A392B" w:rsidRPr="002F263B">
        <w:rPr>
          <w:rFonts w:ascii="Times New Roman" w:hAnsi="Times New Roman" w:cs="Times New Roman"/>
          <w:sz w:val="28"/>
          <w:szCs w:val="28"/>
        </w:rPr>
        <w:t xml:space="preserve"> gìn nét đ</w:t>
      </w:r>
      <w:r w:rsidR="001A392B" w:rsidRPr="002F263B">
        <w:rPr>
          <w:rFonts w:ascii="Times New Roman" w:hAnsi="Times New Roman" w:cs="Times New Roman"/>
          <w:sz w:val="28"/>
          <w:szCs w:val="28"/>
        </w:rPr>
        <w:t>ẹ</w:t>
      </w:r>
      <w:r w:rsidR="001A392B" w:rsidRPr="002F263B">
        <w:rPr>
          <w:rFonts w:ascii="Times New Roman" w:hAnsi="Times New Roman" w:cs="Times New Roman"/>
          <w:sz w:val="28"/>
          <w:szCs w:val="28"/>
        </w:rPr>
        <w:t>p</w:t>
      </w:r>
      <w:r w:rsidR="001A392B" w:rsidRPr="002F263B">
        <w:rPr>
          <w:rFonts w:ascii="Times New Roman" w:hAnsi="Times New Roman" w:cs="Times New Roman"/>
          <w:sz w:val="28"/>
          <w:szCs w:val="28"/>
        </w:rPr>
        <w:t xml:space="preserve"> truy</w:t>
      </w:r>
      <w:r w:rsidR="001A392B" w:rsidRPr="002F263B">
        <w:rPr>
          <w:rFonts w:ascii="Times New Roman" w:hAnsi="Times New Roman" w:cs="Times New Roman"/>
          <w:sz w:val="28"/>
          <w:szCs w:val="28"/>
        </w:rPr>
        <w:t>ề</w:t>
      </w:r>
      <w:r w:rsidR="001A392B" w:rsidRPr="002F263B">
        <w:rPr>
          <w:rFonts w:ascii="Times New Roman" w:hAnsi="Times New Roman" w:cs="Times New Roman"/>
          <w:sz w:val="28"/>
          <w:szCs w:val="28"/>
        </w:rPr>
        <w:t>n th</w:t>
      </w:r>
      <w:r w:rsidR="001A392B" w:rsidRPr="002F263B">
        <w:rPr>
          <w:rFonts w:ascii="Times New Roman" w:hAnsi="Times New Roman" w:cs="Times New Roman"/>
          <w:sz w:val="28"/>
          <w:szCs w:val="28"/>
        </w:rPr>
        <w:t>ố</w:t>
      </w:r>
      <w:r w:rsidR="001A392B" w:rsidRPr="002F263B">
        <w:rPr>
          <w:rFonts w:ascii="Times New Roman" w:hAnsi="Times New Roman" w:cs="Times New Roman"/>
          <w:sz w:val="28"/>
          <w:szCs w:val="28"/>
        </w:rPr>
        <w:t xml:space="preserve">ng </w:t>
      </w:r>
      <w:r w:rsidR="001A392B" w:rsidRPr="002F263B">
        <w:rPr>
          <w:rFonts w:ascii="Times New Roman" w:hAnsi="Times New Roman" w:cs="Times New Roman"/>
          <w:sz w:val="28"/>
          <w:szCs w:val="28"/>
        </w:rPr>
        <w:t>ấ</w:t>
      </w:r>
      <w:r w:rsidR="001A392B" w:rsidRPr="002F263B">
        <w:rPr>
          <w:rFonts w:ascii="Times New Roman" w:hAnsi="Times New Roman" w:cs="Times New Roman"/>
          <w:sz w:val="28"/>
          <w:szCs w:val="28"/>
        </w:rPr>
        <w:t>y và t</w:t>
      </w:r>
      <w:r w:rsidR="001A392B" w:rsidRPr="002F263B">
        <w:rPr>
          <w:rFonts w:ascii="Times New Roman" w:hAnsi="Times New Roman" w:cs="Times New Roman"/>
          <w:sz w:val="28"/>
          <w:szCs w:val="28"/>
        </w:rPr>
        <w:t>ạ</w:t>
      </w:r>
      <w:r w:rsidR="001A392B" w:rsidRPr="002F263B">
        <w:rPr>
          <w:rFonts w:ascii="Times New Roman" w:hAnsi="Times New Roman" w:cs="Times New Roman"/>
          <w:sz w:val="28"/>
          <w:szCs w:val="28"/>
        </w:rPr>
        <w:t>o cho h</w:t>
      </w:r>
      <w:r w:rsidR="001A392B" w:rsidRPr="002F263B">
        <w:rPr>
          <w:rFonts w:ascii="Times New Roman" w:hAnsi="Times New Roman" w:cs="Times New Roman"/>
          <w:sz w:val="28"/>
          <w:szCs w:val="28"/>
        </w:rPr>
        <w:t>ọ</w:t>
      </w:r>
      <w:r w:rsidR="001A392B" w:rsidRPr="002F263B">
        <w:rPr>
          <w:rFonts w:ascii="Times New Roman" w:hAnsi="Times New Roman" w:cs="Times New Roman"/>
          <w:sz w:val="28"/>
          <w:szCs w:val="28"/>
        </w:rPr>
        <w:t>c sinh m</w:t>
      </w:r>
      <w:r w:rsidR="001A392B" w:rsidRPr="002F263B">
        <w:rPr>
          <w:rFonts w:ascii="Times New Roman" w:hAnsi="Times New Roman" w:cs="Times New Roman"/>
          <w:sz w:val="28"/>
          <w:szCs w:val="28"/>
        </w:rPr>
        <w:t>ộ</w:t>
      </w:r>
      <w:r w:rsidR="001A392B" w:rsidRPr="002F263B">
        <w:rPr>
          <w:rFonts w:ascii="Times New Roman" w:hAnsi="Times New Roman" w:cs="Times New Roman"/>
          <w:sz w:val="28"/>
          <w:szCs w:val="28"/>
        </w:rPr>
        <w:t xml:space="preserve">t mùa trăng ý nghĩa, </w:t>
      </w:r>
      <w:r>
        <w:rPr>
          <w:rFonts w:ascii="Times New Roman" w:hAnsi="Times New Roman" w:cs="Times New Roman"/>
          <w:sz w:val="28"/>
          <w:szCs w:val="28"/>
        </w:rPr>
        <w:t>chiều</w:t>
      </w:r>
      <w:r w:rsidR="001A392B" w:rsidRPr="002F263B">
        <w:rPr>
          <w:rFonts w:ascii="Times New Roman" w:hAnsi="Times New Roman" w:cs="Times New Roman"/>
          <w:sz w:val="28"/>
          <w:szCs w:val="28"/>
        </w:rPr>
        <w:t xml:space="preserve"> ngày </w:t>
      </w:r>
      <w:r>
        <w:rPr>
          <w:rFonts w:ascii="Times New Roman" w:hAnsi="Times New Roman" w:cs="Times New Roman"/>
          <w:sz w:val="28"/>
          <w:szCs w:val="28"/>
        </w:rPr>
        <w:t>6/10/2025 (</w:t>
      </w:r>
      <w:r w:rsidR="001A392B" w:rsidRPr="002F263B">
        <w:rPr>
          <w:rFonts w:ascii="Times New Roman" w:hAnsi="Times New Roman" w:cs="Times New Roman"/>
          <w:sz w:val="28"/>
          <w:szCs w:val="28"/>
        </w:rPr>
        <w:t>15 tháng 8 âm l</w:t>
      </w:r>
      <w:r w:rsidR="001A392B" w:rsidRPr="002F263B">
        <w:rPr>
          <w:rFonts w:ascii="Times New Roman" w:hAnsi="Times New Roman" w:cs="Times New Roman"/>
          <w:sz w:val="28"/>
          <w:szCs w:val="28"/>
        </w:rPr>
        <w:t>ị</w:t>
      </w:r>
      <w:r w:rsidR="001A392B" w:rsidRPr="002F263B">
        <w:rPr>
          <w:rFonts w:ascii="Times New Roman" w:hAnsi="Times New Roman" w:cs="Times New Roman"/>
          <w:sz w:val="28"/>
          <w:szCs w:val="28"/>
        </w:rPr>
        <w:t>ch</w:t>
      </w:r>
      <w:r>
        <w:rPr>
          <w:rFonts w:ascii="Times New Roman" w:hAnsi="Times New Roman" w:cs="Times New Roman"/>
          <w:sz w:val="28"/>
          <w:szCs w:val="28"/>
        </w:rPr>
        <w:t>)</w:t>
      </w:r>
      <w:r w:rsidR="001A392B" w:rsidRPr="002F263B">
        <w:rPr>
          <w:rFonts w:ascii="Times New Roman" w:hAnsi="Times New Roman" w:cs="Times New Roman"/>
          <w:sz w:val="28"/>
          <w:szCs w:val="28"/>
        </w:rPr>
        <w:t>, Trư</w:t>
      </w:r>
      <w:r w:rsidR="001A392B" w:rsidRPr="002F263B">
        <w:rPr>
          <w:rFonts w:ascii="Times New Roman" w:hAnsi="Times New Roman" w:cs="Times New Roman"/>
          <w:sz w:val="28"/>
          <w:szCs w:val="28"/>
        </w:rPr>
        <w:t>ờ</w:t>
      </w:r>
      <w:r w:rsidR="001A392B" w:rsidRPr="002F263B">
        <w:rPr>
          <w:rFonts w:ascii="Times New Roman" w:hAnsi="Times New Roman" w:cs="Times New Roman"/>
          <w:sz w:val="28"/>
          <w:szCs w:val="28"/>
        </w:rPr>
        <w:t>ng Ti</w:t>
      </w:r>
      <w:r w:rsidR="001A392B" w:rsidRPr="002F263B">
        <w:rPr>
          <w:rFonts w:ascii="Times New Roman" w:hAnsi="Times New Roman" w:cs="Times New Roman"/>
          <w:sz w:val="28"/>
          <w:szCs w:val="28"/>
        </w:rPr>
        <w:t>ể</w:t>
      </w:r>
      <w:r w:rsidR="001A392B" w:rsidRPr="002F263B">
        <w:rPr>
          <w:rFonts w:ascii="Times New Roman" w:hAnsi="Times New Roman" w:cs="Times New Roman"/>
          <w:sz w:val="28"/>
          <w:szCs w:val="28"/>
        </w:rPr>
        <w:t>u h</w:t>
      </w:r>
      <w:r w:rsidR="001A392B" w:rsidRPr="002F263B">
        <w:rPr>
          <w:rFonts w:ascii="Times New Roman" w:hAnsi="Times New Roman" w:cs="Times New Roman"/>
          <w:sz w:val="28"/>
          <w:szCs w:val="28"/>
        </w:rPr>
        <w:t>ọ</w:t>
      </w:r>
      <w:r w:rsidR="001A392B" w:rsidRPr="002F263B">
        <w:rPr>
          <w:rFonts w:ascii="Times New Roman" w:hAnsi="Times New Roman" w:cs="Times New Roman"/>
          <w:sz w:val="28"/>
          <w:szCs w:val="28"/>
        </w:rPr>
        <w:t>c Duy Vinh đã t</w:t>
      </w:r>
      <w:r w:rsidR="001A392B" w:rsidRPr="002F263B">
        <w:rPr>
          <w:rFonts w:ascii="Times New Roman" w:hAnsi="Times New Roman" w:cs="Times New Roman"/>
          <w:sz w:val="28"/>
          <w:szCs w:val="28"/>
        </w:rPr>
        <w:t>ổ</w:t>
      </w:r>
      <w:r w:rsidR="001A392B" w:rsidRPr="002F263B">
        <w:rPr>
          <w:rFonts w:ascii="Times New Roman" w:hAnsi="Times New Roman" w:cs="Times New Roman"/>
          <w:sz w:val="28"/>
          <w:szCs w:val="28"/>
        </w:rPr>
        <w:t xml:space="preserve"> ch</w:t>
      </w:r>
      <w:r w:rsidR="001A392B" w:rsidRPr="002F263B">
        <w:rPr>
          <w:rFonts w:ascii="Times New Roman" w:hAnsi="Times New Roman" w:cs="Times New Roman"/>
          <w:sz w:val="28"/>
          <w:szCs w:val="28"/>
        </w:rPr>
        <w:t>ứ</w:t>
      </w:r>
      <w:r w:rsidR="001A392B" w:rsidRPr="002F263B">
        <w:rPr>
          <w:rFonts w:ascii="Times New Roman" w:hAnsi="Times New Roman" w:cs="Times New Roman"/>
          <w:sz w:val="28"/>
          <w:szCs w:val="28"/>
        </w:rPr>
        <w:t>c chương trình “Vui H</w:t>
      </w:r>
      <w:r w:rsidR="001A392B" w:rsidRPr="002F263B">
        <w:rPr>
          <w:rFonts w:ascii="Times New Roman" w:hAnsi="Times New Roman" w:cs="Times New Roman"/>
          <w:sz w:val="28"/>
          <w:szCs w:val="28"/>
        </w:rPr>
        <w:t>ộ</w:t>
      </w:r>
      <w:r w:rsidR="001A392B" w:rsidRPr="002F263B">
        <w:rPr>
          <w:rFonts w:ascii="Times New Roman" w:hAnsi="Times New Roman" w:cs="Times New Roman"/>
          <w:sz w:val="28"/>
          <w:szCs w:val="28"/>
        </w:rPr>
        <w:t>i Trăng R</w:t>
      </w:r>
      <w:r w:rsidR="001A392B" w:rsidRPr="002F263B">
        <w:rPr>
          <w:rFonts w:ascii="Times New Roman" w:hAnsi="Times New Roman" w:cs="Times New Roman"/>
          <w:sz w:val="28"/>
          <w:szCs w:val="28"/>
        </w:rPr>
        <w:t>ằ</w:t>
      </w:r>
      <w:r w:rsidR="001A392B" w:rsidRPr="002F263B">
        <w:rPr>
          <w:rFonts w:ascii="Times New Roman" w:hAnsi="Times New Roman" w:cs="Times New Roman"/>
          <w:sz w:val="28"/>
          <w:szCs w:val="28"/>
        </w:rPr>
        <w:t>m” ngay t</w:t>
      </w:r>
      <w:r w:rsidR="001A392B" w:rsidRPr="002F263B">
        <w:rPr>
          <w:rFonts w:ascii="Times New Roman" w:hAnsi="Times New Roman" w:cs="Times New Roman"/>
          <w:sz w:val="28"/>
          <w:szCs w:val="28"/>
        </w:rPr>
        <w:t>ạ</w:t>
      </w:r>
      <w:r w:rsidR="001A392B" w:rsidRPr="002F263B">
        <w:rPr>
          <w:rFonts w:ascii="Times New Roman" w:hAnsi="Times New Roman" w:cs="Times New Roman"/>
          <w:sz w:val="28"/>
          <w:szCs w:val="28"/>
        </w:rPr>
        <w:t>i sân trư</w:t>
      </w:r>
      <w:r w:rsidR="001A392B" w:rsidRPr="002F263B">
        <w:rPr>
          <w:rFonts w:ascii="Times New Roman" w:hAnsi="Times New Roman" w:cs="Times New Roman"/>
          <w:sz w:val="28"/>
          <w:szCs w:val="28"/>
        </w:rPr>
        <w:t>ờ</w:t>
      </w:r>
      <w:r w:rsidR="001A392B" w:rsidRPr="002F263B">
        <w:rPr>
          <w:rFonts w:ascii="Times New Roman" w:hAnsi="Times New Roman" w:cs="Times New Roman"/>
          <w:sz w:val="28"/>
          <w:szCs w:val="28"/>
        </w:rPr>
        <w:t>ng. Không gian ng</w:t>
      </w:r>
      <w:r w:rsidR="001A392B" w:rsidRPr="002F263B">
        <w:rPr>
          <w:rFonts w:ascii="Times New Roman" w:hAnsi="Times New Roman" w:cs="Times New Roman"/>
          <w:sz w:val="28"/>
          <w:szCs w:val="28"/>
        </w:rPr>
        <w:t>ậ</w:t>
      </w:r>
      <w:r w:rsidR="001A392B" w:rsidRPr="002F263B">
        <w:rPr>
          <w:rFonts w:ascii="Times New Roman" w:hAnsi="Times New Roman" w:cs="Times New Roman"/>
          <w:sz w:val="28"/>
          <w:szCs w:val="28"/>
        </w:rPr>
        <w:t>p tràn màu s</w:t>
      </w:r>
      <w:r w:rsidR="001A392B" w:rsidRPr="002F263B">
        <w:rPr>
          <w:rFonts w:ascii="Times New Roman" w:hAnsi="Times New Roman" w:cs="Times New Roman"/>
          <w:sz w:val="28"/>
          <w:szCs w:val="28"/>
        </w:rPr>
        <w:t>ắ</w:t>
      </w:r>
      <w:r w:rsidR="001A392B" w:rsidRPr="002F263B">
        <w:rPr>
          <w:rFonts w:ascii="Times New Roman" w:hAnsi="Times New Roman" w:cs="Times New Roman"/>
          <w:sz w:val="28"/>
          <w:szCs w:val="28"/>
        </w:rPr>
        <w:t>c lung linh c</w:t>
      </w:r>
      <w:r w:rsidR="001A392B" w:rsidRPr="002F263B">
        <w:rPr>
          <w:rFonts w:ascii="Times New Roman" w:hAnsi="Times New Roman" w:cs="Times New Roman"/>
          <w:sz w:val="28"/>
          <w:szCs w:val="28"/>
        </w:rPr>
        <w:t>ủ</w:t>
      </w:r>
      <w:r w:rsidR="001A392B" w:rsidRPr="002F263B">
        <w:rPr>
          <w:rFonts w:ascii="Times New Roman" w:hAnsi="Times New Roman" w:cs="Times New Roman"/>
          <w:sz w:val="28"/>
          <w:szCs w:val="28"/>
        </w:rPr>
        <w:t>a đèn l</w:t>
      </w:r>
      <w:r w:rsidR="001A392B" w:rsidRPr="002F263B">
        <w:rPr>
          <w:rFonts w:ascii="Times New Roman" w:hAnsi="Times New Roman" w:cs="Times New Roman"/>
          <w:sz w:val="28"/>
          <w:szCs w:val="28"/>
        </w:rPr>
        <w:t>ồ</w:t>
      </w:r>
      <w:r w:rsidR="001A392B" w:rsidRPr="002F263B">
        <w:rPr>
          <w:rFonts w:ascii="Times New Roman" w:hAnsi="Times New Roman" w:cs="Times New Roman"/>
          <w:sz w:val="28"/>
          <w:szCs w:val="28"/>
        </w:rPr>
        <w:t xml:space="preserve">ng và âm vang </w:t>
      </w:r>
      <w:r w:rsidR="001A392B" w:rsidRPr="002F263B">
        <w:rPr>
          <w:rFonts w:ascii="Times New Roman" w:hAnsi="Times New Roman" w:cs="Times New Roman"/>
          <w:sz w:val="28"/>
          <w:szCs w:val="28"/>
        </w:rPr>
        <w:t>r</w:t>
      </w:r>
      <w:r w:rsidR="001A392B" w:rsidRPr="002F263B">
        <w:rPr>
          <w:rFonts w:ascii="Times New Roman" w:hAnsi="Times New Roman" w:cs="Times New Roman"/>
          <w:sz w:val="28"/>
          <w:szCs w:val="28"/>
        </w:rPr>
        <w:t>ộ</w:t>
      </w:r>
      <w:r w:rsidR="001A392B" w:rsidRPr="002F263B">
        <w:rPr>
          <w:rFonts w:ascii="Times New Roman" w:hAnsi="Times New Roman" w:cs="Times New Roman"/>
          <w:sz w:val="28"/>
          <w:szCs w:val="28"/>
        </w:rPr>
        <w:t>n ràng c</w:t>
      </w:r>
      <w:r w:rsidR="001A392B" w:rsidRPr="002F263B">
        <w:rPr>
          <w:rFonts w:ascii="Times New Roman" w:hAnsi="Times New Roman" w:cs="Times New Roman"/>
          <w:sz w:val="28"/>
          <w:szCs w:val="28"/>
        </w:rPr>
        <w:t>ủ</w:t>
      </w:r>
      <w:r w:rsidR="001A392B" w:rsidRPr="002F263B">
        <w:rPr>
          <w:rFonts w:ascii="Times New Roman" w:hAnsi="Times New Roman" w:cs="Times New Roman"/>
          <w:sz w:val="28"/>
          <w:szCs w:val="28"/>
        </w:rPr>
        <w:t>a ti</w:t>
      </w:r>
      <w:r w:rsidR="001A392B" w:rsidRPr="002F263B">
        <w:rPr>
          <w:rFonts w:ascii="Times New Roman" w:hAnsi="Times New Roman" w:cs="Times New Roman"/>
          <w:sz w:val="28"/>
          <w:szCs w:val="28"/>
        </w:rPr>
        <w:t>ế</w:t>
      </w:r>
      <w:r w:rsidR="001A392B" w:rsidRPr="002F263B">
        <w:rPr>
          <w:rFonts w:ascii="Times New Roman" w:hAnsi="Times New Roman" w:cs="Times New Roman"/>
          <w:sz w:val="28"/>
          <w:szCs w:val="28"/>
        </w:rPr>
        <w:t>ng tr</w:t>
      </w:r>
      <w:r w:rsidR="001A392B" w:rsidRPr="002F263B">
        <w:rPr>
          <w:rFonts w:ascii="Times New Roman" w:hAnsi="Times New Roman" w:cs="Times New Roman"/>
          <w:sz w:val="28"/>
          <w:szCs w:val="28"/>
        </w:rPr>
        <w:t>ố</w:t>
      </w:r>
      <w:r w:rsidR="001A392B" w:rsidRPr="002F263B">
        <w:rPr>
          <w:rFonts w:ascii="Times New Roman" w:hAnsi="Times New Roman" w:cs="Times New Roman"/>
          <w:sz w:val="28"/>
          <w:szCs w:val="28"/>
        </w:rPr>
        <w:t xml:space="preserve">ng </w:t>
      </w:r>
      <w:r>
        <w:rPr>
          <w:rFonts w:ascii="Times New Roman" w:hAnsi="Times New Roman" w:cs="Times New Roman"/>
          <w:sz w:val="28"/>
          <w:szCs w:val="28"/>
        </w:rPr>
        <w:t>hội-</w:t>
      </w:r>
      <w:r w:rsidR="001A392B" w:rsidRPr="002F263B">
        <w:rPr>
          <w:rFonts w:ascii="Times New Roman" w:hAnsi="Times New Roman" w:cs="Times New Roman"/>
          <w:sz w:val="28"/>
          <w:szCs w:val="28"/>
        </w:rPr>
        <w:t xml:space="preserve"> m</w:t>
      </w:r>
      <w:r w:rsidR="001A392B" w:rsidRPr="002F263B">
        <w:rPr>
          <w:rFonts w:ascii="Times New Roman" w:hAnsi="Times New Roman" w:cs="Times New Roman"/>
          <w:sz w:val="28"/>
          <w:szCs w:val="28"/>
        </w:rPr>
        <w:t>ở</w:t>
      </w:r>
      <w:r w:rsidR="001A392B" w:rsidRPr="002F263B">
        <w:rPr>
          <w:rFonts w:ascii="Times New Roman" w:hAnsi="Times New Roman" w:cs="Times New Roman"/>
          <w:sz w:val="28"/>
          <w:szCs w:val="28"/>
        </w:rPr>
        <w:t xml:space="preserve"> đ</w:t>
      </w:r>
      <w:r w:rsidR="001A392B" w:rsidRPr="002F263B">
        <w:rPr>
          <w:rFonts w:ascii="Times New Roman" w:hAnsi="Times New Roman" w:cs="Times New Roman"/>
          <w:sz w:val="28"/>
          <w:szCs w:val="28"/>
        </w:rPr>
        <w:t>ầ</w:t>
      </w:r>
      <w:r w:rsidR="001A392B" w:rsidRPr="002F263B">
        <w:rPr>
          <w:rFonts w:ascii="Times New Roman" w:hAnsi="Times New Roman" w:cs="Times New Roman"/>
          <w:sz w:val="28"/>
          <w:szCs w:val="28"/>
        </w:rPr>
        <w:t>u cho ph</w:t>
      </w:r>
      <w:r w:rsidR="001A392B" w:rsidRPr="002F263B">
        <w:rPr>
          <w:rFonts w:ascii="Times New Roman" w:hAnsi="Times New Roman" w:cs="Times New Roman"/>
          <w:sz w:val="28"/>
          <w:szCs w:val="28"/>
        </w:rPr>
        <w:t>ầ</w:t>
      </w:r>
      <w:r w:rsidR="001A392B" w:rsidRPr="002F263B">
        <w:rPr>
          <w:rFonts w:ascii="Times New Roman" w:hAnsi="Times New Roman" w:cs="Times New Roman"/>
          <w:sz w:val="28"/>
          <w:szCs w:val="28"/>
        </w:rPr>
        <w:t>n múa lân sôi đ</w:t>
      </w:r>
      <w:r w:rsidR="001A392B" w:rsidRPr="002F263B">
        <w:rPr>
          <w:rFonts w:ascii="Times New Roman" w:hAnsi="Times New Roman" w:cs="Times New Roman"/>
          <w:sz w:val="28"/>
          <w:szCs w:val="28"/>
        </w:rPr>
        <w:t>ộ</w:t>
      </w:r>
      <w:r w:rsidR="001A392B" w:rsidRPr="002F263B">
        <w:rPr>
          <w:rFonts w:ascii="Times New Roman" w:hAnsi="Times New Roman" w:cs="Times New Roman"/>
          <w:sz w:val="28"/>
          <w:szCs w:val="28"/>
        </w:rPr>
        <w:t>ng. Nh</w:t>
      </w:r>
      <w:r w:rsidR="001A392B" w:rsidRPr="002F263B">
        <w:rPr>
          <w:rFonts w:ascii="Times New Roman" w:hAnsi="Times New Roman" w:cs="Times New Roman"/>
          <w:sz w:val="28"/>
          <w:szCs w:val="28"/>
        </w:rPr>
        <w:t>ữ</w:t>
      </w:r>
      <w:r w:rsidR="001A392B" w:rsidRPr="002F263B">
        <w:rPr>
          <w:rFonts w:ascii="Times New Roman" w:hAnsi="Times New Roman" w:cs="Times New Roman"/>
          <w:sz w:val="28"/>
          <w:szCs w:val="28"/>
        </w:rPr>
        <w:t>ng bư</w:t>
      </w:r>
      <w:r w:rsidR="001A392B" w:rsidRPr="002F263B">
        <w:rPr>
          <w:rFonts w:ascii="Times New Roman" w:hAnsi="Times New Roman" w:cs="Times New Roman"/>
          <w:sz w:val="28"/>
          <w:szCs w:val="28"/>
        </w:rPr>
        <w:t>ớ</w:t>
      </w:r>
      <w:r w:rsidR="001A392B" w:rsidRPr="002F263B">
        <w:rPr>
          <w:rFonts w:ascii="Times New Roman" w:hAnsi="Times New Roman" w:cs="Times New Roman"/>
          <w:sz w:val="28"/>
          <w:szCs w:val="28"/>
        </w:rPr>
        <w:t>c nh</w:t>
      </w:r>
      <w:r w:rsidR="001A392B" w:rsidRPr="002F263B">
        <w:rPr>
          <w:rFonts w:ascii="Times New Roman" w:hAnsi="Times New Roman" w:cs="Times New Roman"/>
          <w:sz w:val="28"/>
          <w:szCs w:val="28"/>
        </w:rPr>
        <w:t>ả</w:t>
      </w:r>
      <w:r w:rsidR="001A392B" w:rsidRPr="002F263B">
        <w:rPr>
          <w:rFonts w:ascii="Times New Roman" w:hAnsi="Times New Roman" w:cs="Times New Roman"/>
          <w:sz w:val="28"/>
          <w:szCs w:val="28"/>
        </w:rPr>
        <w:t>y d</w:t>
      </w:r>
      <w:r w:rsidR="001A392B" w:rsidRPr="002F263B">
        <w:rPr>
          <w:rFonts w:ascii="Times New Roman" w:hAnsi="Times New Roman" w:cs="Times New Roman"/>
          <w:sz w:val="28"/>
          <w:szCs w:val="28"/>
        </w:rPr>
        <w:t>ứ</w:t>
      </w:r>
      <w:r w:rsidR="001A392B" w:rsidRPr="002F263B">
        <w:rPr>
          <w:rFonts w:ascii="Times New Roman" w:hAnsi="Times New Roman" w:cs="Times New Roman"/>
          <w:sz w:val="28"/>
          <w:szCs w:val="28"/>
        </w:rPr>
        <w:t>t khoát, nh</w:t>
      </w:r>
      <w:r w:rsidR="001A392B" w:rsidRPr="002F263B">
        <w:rPr>
          <w:rFonts w:ascii="Times New Roman" w:hAnsi="Times New Roman" w:cs="Times New Roman"/>
          <w:sz w:val="28"/>
          <w:szCs w:val="28"/>
        </w:rPr>
        <w:t>ữ</w:t>
      </w:r>
      <w:r w:rsidR="001A392B" w:rsidRPr="002F263B">
        <w:rPr>
          <w:rFonts w:ascii="Times New Roman" w:hAnsi="Times New Roman" w:cs="Times New Roman"/>
          <w:sz w:val="28"/>
          <w:szCs w:val="28"/>
        </w:rPr>
        <w:t>ng h</w:t>
      </w:r>
      <w:r w:rsidR="001A392B" w:rsidRPr="002F263B">
        <w:rPr>
          <w:rFonts w:ascii="Times New Roman" w:hAnsi="Times New Roman" w:cs="Times New Roman"/>
          <w:sz w:val="28"/>
          <w:szCs w:val="28"/>
        </w:rPr>
        <w:t>ồ</w:t>
      </w:r>
      <w:r w:rsidR="001A392B" w:rsidRPr="002F263B">
        <w:rPr>
          <w:rFonts w:ascii="Times New Roman" w:hAnsi="Times New Roman" w:cs="Times New Roman"/>
          <w:sz w:val="28"/>
          <w:szCs w:val="28"/>
        </w:rPr>
        <w:t>i tr</w:t>
      </w:r>
      <w:r w:rsidR="001A392B" w:rsidRPr="002F263B">
        <w:rPr>
          <w:rFonts w:ascii="Times New Roman" w:hAnsi="Times New Roman" w:cs="Times New Roman"/>
          <w:sz w:val="28"/>
          <w:szCs w:val="28"/>
        </w:rPr>
        <w:t>ố</w:t>
      </w:r>
      <w:r w:rsidR="001A392B" w:rsidRPr="002F263B">
        <w:rPr>
          <w:rFonts w:ascii="Times New Roman" w:hAnsi="Times New Roman" w:cs="Times New Roman"/>
          <w:sz w:val="28"/>
          <w:szCs w:val="28"/>
        </w:rPr>
        <w:t>ng d</w:t>
      </w:r>
      <w:r w:rsidR="001A392B" w:rsidRPr="002F263B">
        <w:rPr>
          <w:rFonts w:ascii="Times New Roman" w:hAnsi="Times New Roman" w:cs="Times New Roman"/>
          <w:sz w:val="28"/>
          <w:szCs w:val="28"/>
        </w:rPr>
        <w:t>ồ</w:t>
      </w:r>
      <w:r w:rsidR="001A392B" w:rsidRPr="002F263B">
        <w:rPr>
          <w:rFonts w:ascii="Times New Roman" w:hAnsi="Times New Roman" w:cs="Times New Roman"/>
          <w:sz w:val="28"/>
          <w:szCs w:val="28"/>
        </w:rPr>
        <w:t>n d</w:t>
      </w:r>
      <w:r w:rsidR="001A392B" w:rsidRPr="002F263B">
        <w:rPr>
          <w:rFonts w:ascii="Times New Roman" w:hAnsi="Times New Roman" w:cs="Times New Roman"/>
          <w:sz w:val="28"/>
          <w:szCs w:val="28"/>
        </w:rPr>
        <w:t>ậ</w:t>
      </w:r>
      <w:r w:rsidR="001A392B" w:rsidRPr="002F263B">
        <w:rPr>
          <w:rFonts w:ascii="Times New Roman" w:hAnsi="Times New Roman" w:cs="Times New Roman"/>
          <w:sz w:val="28"/>
          <w:szCs w:val="28"/>
        </w:rPr>
        <w:t>p đã làm b</w:t>
      </w:r>
      <w:r w:rsidR="001A392B" w:rsidRPr="002F263B">
        <w:rPr>
          <w:rFonts w:ascii="Times New Roman" w:hAnsi="Times New Roman" w:cs="Times New Roman"/>
          <w:sz w:val="28"/>
          <w:szCs w:val="28"/>
        </w:rPr>
        <w:t>ừ</w:t>
      </w:r>
      <w:r w:rsidR="001A392B" w:rsidRPr="002F263B">
        <w:rPr>
          <w:rFonts w:ascii="Times New Roman" w:hAnsi="Times New Roman" w:cs="Times New Roman"/>
          <w:sz w:val="28"/>
          <w:szCs w:val="28"/>
        </w:rPr>
        <w:t>ng lên không khí tưng b</w:t>
      </w:r>
      <w:r w:rsidR="001A392B" w:rsidRPr="002F263B">
        <w:rPr>
          <w:rFonts w:ascii="Times New Roman" w:hAnsi="Times New Roman" w:cs="Times New Roman"/>
          <w:sz w:val="28"/>
          <w:szCs w:val="28"/>
        </w:rPr>
        <w:t>ừ</w:t>
      </w:r>
      <w:r w:rsidR="001A392B" w:rsidRPr="002F263B">
        <w:rPr>
          <w:rFonts w:ascii="Times New Roman" w:hAnsi="Times New Roman" w:cs="Times New Roman"/>
          <w:sz w:val="28"/>
          <w:szCs w:val="28"/>
        </w:rPr>
        <w:t>ng, lan t</w:t>
      </w:r>
      <w:r w:rsidR="001A392B" w:rsidRPr="002F263B">
        <w:rPr>
          <w:rFonts w:ascii="Times New Roman" w:hAnsi="Times New Roman" w:cs="Times New Roman"/>
          <w:sz w:val="28"/>
          <w:szCs w:val="28"/>
        </w:rPr>
        <w:t>ỏ</w:t>
      </w:r>
      <w:r w:rsidR="001A392B" w:rsidRPr="002F263B">
        <w:rPr>
          <w:rFonts w:ascii="Times New Roman" w:hAnsi="Times New Roman" w:cs="Times New Roman"/>
          <w:sz w:val="28"/>
          <w:szCs w:val="28"/>
        </w:rPr>
        <w:t>a ni</w:t>
      </w:r>
      <w:r w:rsidR="001A392B" w:rsidRPr="002F263B">
        <w:rPr>
          <w:rFonts w:ascii="Times New Roman" w:hAnsi="Times New Roman" w:cs="Times New Roman"/>
          <w:sz w:val="28"/>
          <w:szCs w:val="28"/>
        </w:rPr>
        <w:t>ề</w:t>
      </w:r>
      <w:r w:rsidR="001A392B" w:rsidRPr="002F263B">
        <w:rPr>
          <w:rFonts w:ascii="Times New Roman" w:hAnsi="Times New Roman" w:cs="Times New Roman"/>
          <w:sz w:val="28"/>
          <w:szCs w:val="28"/>
        </w:rPr>
        <w:t>m vui đ</w:t>
      </w:r>
      <w:r w:rsidR="001A392B" w:rsidRPr="002F263B">
        <w:rPr>
          <w:rFonts w:ascii="Times New Roman" w:hAnsi="Times New Roman" w:cs="Times New Roman"/>
          <w:sz w:val="28"/>
          <w:szCs w:val="28"/>
        </w:rPr>
        <w:t>ế</w:t>
      </w:r>
      <w:r w:rsidR="001A392B" w:rsidRPr="002F263B">
        <w:rPr>
          <w:rFonts w:ascii="Times New Roman" w:hAnsi="Times New Roman" w:cs="Times New Roman"/>
          <w:sz w:val="28"/>
          <w:szCs w:val="28"/>
        </w:rPr>
        <w:t>n t</w:t>
      </w:r>
      <w:r w:rsidR="001A392B" w:rsidRPr="002F263B">
        <w:rPr>
          <w:rFonts w:ascii="Times New Roman" w:hAnsi="Times New Roman" w:cs="Times New Roman"/>
          <w:sz w:val="28"/>
          <w:szCs w:val="28"/>
        </w:rPr>
        <w:t>ừ</w:t>
      </w:r>
      <w:r w:rsidR="001A392B" w:rsidRPr="002F263B">
        <w:rPr>
          <w:rFonts w:ascii="Times New Roman" w:hAnsi="Times New Roman" w:cs="Times New Roman"/>
          <w:sz w:val="28"/>
          <w:szCs w:val="28"/>
        </w:rPr>
        <w:t>ng th</w:t>
      </w:r>
      <w:r w:rsidR="001A392B" w:rsidRPr="002F263B">
        <w:rPr>
          <w:rFonts w:ascii="Times New Roman" w:hAnsi="Times New Roman" w:cs="Times New Roman"/>
          <w:sz w:val="28"/>
          <w:szCs w:val="28"/>
        </w:rPr>
        <w:t>ầ</w:t>
      </w:r>
      <w:r w:rsidR="001A392B" w:rsidRPr="002F263B">
        <w:rPr>
          <w:rFonts w:ascii="Times New Roman" w:hAnsi="Times New Roman" w:cs="Times New Roman"/>
          <w:sz w:val="28"/>
          <w:szCs w:val="28"/>
        </w:rPr>
        <w:t>y cô, h</w:t>
      </w:r>
      <w:r w:rsidR="001A392B" w:rsidRPr="002F263B">
        <w:rPr>
          <w:rFonts w:ascii="Times New Roman" w:hAnsi="Times New Roman" w:cs="Times New Roman"/>
          <w:sz w:val="28"/>
          <w:szCs w:val="28"/>
        </w:rPr>
        <w:t>ọ</w:t>
      </w:r>
      <w:r w:rsidR="001A392B" w:rsidRPr="002F263B">
        <w:rPr>
          <w:rFonts w:ascii="Times New Roman" w:hAnsi="Times New Roman" w:cs="Times New Roman"/>
          <w:sz w:val="28"/>
          <w:szCs w:val="28"/>
        </w:rPr>
        <w:t>c sinh và ph</w:t>
      </w:r>
      <w:r w:rsidR="001A392B" w:rsidRPr="002F263B">
        <w:rPr>
          <w:rFonts w:ascii="Times New Roman" w:hAnsi="Times New Roman" w:cs="Times New Roman"/>
          <w:sz w:val="28"/>
          <w:szCs w:val="28"/>
        </w:rPr>
        <w:t>ụ</w:t>
      </w:r>
      <w:r w:rsidR="001A392B" w:rsidRPr="002F263B">
        <w:rPr>
          <w:rFonts w:ascii="Times New Roman" w:hAnsi="Times New Roman" w:cs="Times New Roman"/>
          <w:sz w:val="28"/>
          <w:szCs w:val="28"/>
        </w:rPr>
        <w:t xml:space="preserve"> huynh tham d</w:t>
      </w:r>
      <w:r w:rsidR="001A392B" w:rsidRPr="002F263B">
        <w:rPr>
          <w:rFonts w:ascii="Times New Roman" w:hAnsi="Times New Roman" w:cs="Times New Roman"/>
          <w:sz w:val="28"/>
          <w:szCs w:val="28"/>
        </w:rPr>
        <w:t>ự</w:t>
      </w:r>
      <w:r w:rsidR="001A392B" w:rsidRPr="002F263B">
        <w:rPr>
          <w:rFonts w:ascii="Times New Roman" w:hAnsi="Times New Roman" w:cs="Times New Roman"/>
          <w:sz w:val="28"/>
          <w:szCs w:val="28"/>
        </w:rPr>
        <w:t>.</w:t>
      </w:r>
    </w:p>
    <w:p w14:paraId="73C7D3DE" w14:textId="77777777" w:rsidR="00484C2D" w:rsidRDefault="00D31F21" w:rsidP="00484C2D">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57D3369B" wp14:editId="48F15F9F">
            <wp:extent cx="5467350" cy="3600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5467350" cy="3600450"/>
                    </a:xfrm>
                    <a:prstGeom prst="rect">
                      <a:avLst/>
                    </a:prstGeom>
                  </pic:spPr>
                </pic:pic>
              </a:graphicData>
            </a:graphic>
          </wp:inline>
        </w:drawing>
      </w:r>
      <w:bookmarkStart w:id="0" w:name="_GoBack"/>
      <w:bookmarkEnd w:id="0"/>
    </w:p>
    <w:p w14:paraId="6454938F" w14:textId="64DA9DA5" w:rsidR="00C24505" w:rsidRDefault="00D31F21" w:rsidP="00484C2D">
      <w:pPr>
        <w:jc w:val="both"/>
        <w:rPr>
          <w:rFonts w:ascii="Times New Roman" w:hAnsi="Times New Roman" w:cs="Times New Roman"/>
          <w:sz w:val="28"/>
          <w:szCs w:val="28"/>
        </w:rPr>
      </w:pPr>
      <w:r w:rsidRPr="002F263B">
        <w:rPr>
          <w:rFonts w:ascii="Times New Roman" w:hAnsi="Times New Roman" w:cs="Times New Roman"/>
          <w:sz w:val="28"/>
          <w:szCs w:val="28"/>
        </w:rPr>
        <w:br/>
      </w:r>
      <w:r w:rsidR="002F263B">
        <w:rPr>
          <w:rFonts w:ascii="Times New Roman" w:hAnsi="Times New Roman" w:cs="Times New Roman"/>
          <w:sz w:val="28"/>
          <w:szCs w:val="28"/>
        </w:rPr>
        <w:t xml:space="preserve"> </w:t>
      </w:r>
      <w:r w:rsidR="00484C2D">
        <w:rPr>
          <w:rFonts w:ascii="Times New Roman" w:hAnsi="Times New Roman" w:cs="Times New Roman"/>
          <w:sz w:val="28"/>
          <w:szCs w:val="28"/>
        </w:rPr>
        <w:tab/>
      </w:r>
      <w:r w:rsidR="002F263B">
        <w:rPr>
          <w:rFonts w:ascii="Times New Roman" w:hAnsi="Times New Roman" w:cs="Times New Roman"/>
          <w:sz w:val="28"/>
          <w:szCs w:val="28"/>
        </w:rPr>
        <w:t>Cũng trong dịp này</w:t>
      </w:r>
      <w:r w:rsidRPr="002F263B">
        <w:rPr>
          <w:rFonts w:ascii="Times New Roman" w:hAnsi="Times New Roman" w:cs="Times New Roman"/>
          <w:sz w:val="28"/>
          <w:szCs w:val="28"/>
        </w:rPr>
        <w:t xml:space="preserve">, </w:t>
      </w:r>
      <w:r w:rsidR="002F263B">
        <w:rPr>
          <w:rFonts w:ascii="Times New Roman" w:hAnsi="Times New Roman" w:cs="Times New Roman"/>
          <w:sz w:val="28"/>
          <w:szCs w:val="28"/>
        </w:rPr>
        <w:t>thông qua nhà trường</w:t>
      </w:r>
      <w:r w:rsidR="00BE4BCA">
        <w:rPr>
          <w:rFonts w:ascii="Times New Roman" w:hAnsi="Times New Roman" w:cs="Times New Roman"/>
          <w:sz w:val="28"/>
          <w:szCs w:val="28"/>
        </w:rPr>
        <w:t>, hội đồng dòng họ Vũ</w:t>
      </w:r>
      <w:r w:rsidR="001A392B">
        <w:rPr>
          <w:rFonts w:ascii="Times New Roman" w:hAnsi="Times New Roman" w:cs="Times New Roman"/>
          <w:sz w:val="28"/>
          <w:szCs w:val="28"/>
        </w:rPr>
        <w:t xml:space="preserve"> </w:t>
      </w:r>
      <w:r w:rsidR="00BE4BCA">
        <w:rPr>
          <w:rFonts w:ascii="Times New Roman" w:hAnsi="Times New Roman" w:cs="Times New Roman"/>
          <w:sz w:val="28"/>
          <w:szCs w:val="28"/>
        </w:rPr>
        <w:t>- Võ Quảng Nam - Đà Nẵng</w:t>
      </w:r>
      <w:r w:rsidRPr="002F263B">
        <w:rPr>
          <w:rFonts w:ascii="Times New Roman" w:hAnsi="Times New Roman" w:cs="Times New Roman"/>
          <w:sz w:val="28"/>
          <w:szCs w:val="28"/>
        </w:rPr>
        <w:t xml:space="preserve"> đã trao </w:t>
      </w:r>
      <w:r w:rsidR="00BE4BCA">
        <w:rPr>
          <w:rFonts w:ascii="Times New Roman" w:hAnsi="Times New Roman" w:cs="Times New Roman"/>
          <w:sz w:val="28"/>
          <w:szCs w:val="28"/>
        </w:rPr>
        <w:t>tặng 855</w:t>
      </w:r>
      <w:r w:rsidRPr="002F263B">
        <w:rPr>
          <w:rFonts w:ascii="Times New Roman" w:hAnsi="Times New Roman" w:cs="Times New Roman"/>
          <w:sz w:val="28"/>
          <w:szCs w:val="28"/>
        </w:rPr>
        <w:t xml:space="preserve"> phần quà </w:t>
      </w:r>
      <w:r w:rsidR="00BE4BCA">
        <w:rPr>
          <w:rFonts w:ascii="Times New Roman" w:hAnsi="Times New Roman" w:cs="Times New Roman"/>
          <w:sz w:val="28"/>
          <w:szCs w:val="28"/>
        </w:rPr>
        <w:t>đến các em học sinh</w:t>
      </w:r>
      <w:r w:rsidRPr="002F263B">
        <w:rPr>
          <w:rFonts w:ascii="Times New Roman" w:hAnsi="Times New Roman" w:cs="Times New Roman"/>
          <w:sz w:val="28"/>
          <w:szCs w:val="28"/>
        </w:rPr>
        <w:t>. Đây không chỉ</w:t>
      </w:r>
      <w:r w:rsidR="00BE4BCA">
        <w:rPr>
          <w:rFonts w:ascii="Times New Roman" w:hAnsi="Times New Roman" w:cs="Times New Roman"/>
          <w:sz w:val="28"/>
          <w:szCs w:val="28"/>
        </w:rPr>
        <w:t xml:space="preserve"> đơn thuần</w:t>
      </w:r>
      <w:r w:rsidRPr="002F263B">
        <w:rPr>
          <w:rFonts w:ascii="Times New Roman" w:hAnsi="Times New Roman" w:cs="Times New Roman"/>
          <w:sz w:val="28"/>
          <w:szCs w:val="28"/>
        </w:rPr>
        <w:t xml:space="preserve"> là món quà vật chất mà còn là thông điệp yêu thương, sự quan tâm và niềm tin gửi gắm cho thế hệ trẻ. Những nụ cười hồn nhiên, những ánh mắt rạng rỡ của học sinh chính là minh chứng cho niềm hạnh phúc trọn vẹn trong ngày hội trăng rằm.</w:t>
      </w:r>
    </w:p>
    <w:p w14:paraId="5F534627" w14:textId="1BADBE73" w:rsidR="00D31F21" w:rsidRDefault="00D31F21" w:rsidP="00C24505">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A15F756" wp14:editId="7C9190FA">
            <wp:extent cx="5705475" cy="33813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tretch>
                      <a:fillRect/>
                    </a:stretch>
                  </pic:blipFill>
                  <pic:spPr>
                    <a:xfrm>
                      <a:off x="0" y="0"/>
                      <a:ext cx="5705475" cy="3381375"/>
                    </a:xfrm>
                    <a:prstGeom prst="rect">
                      <a:avLst/>
                    </a:prstGeom>
                  </pic:spPr>
                </pic:pic>
              </a:graphicData>
            </a:graphic>
          </wp:inline>
        </w:drawing>
      </w:r>
      <w:r w:rsidRPr="002F263B">
        <w:rPr>
          <w:rFonts w:ascii="Times New Roman" w:hAnsi="Times New Roman" w:cs="Times New Roman"/>
          <w:sz w:val="28"/>
          <w:szCs w:val="28"/>
        </w:rPr>
        <w:br/>
      </w:r>
      <w:r w:rsidR="002F263B">
        <w:rPr>
          <w:rFonts w:ascii="Times New Roman" w:hAnsi="Times New Roman" w:cs="Times New Roman"/>
          <w:sz w:val="28"/>
          <w:szCs w:val="28"/>
        </w:rPr>
        <w:t xml:space="preserve">   </w:t>
      </w:r>
    </w:p>
    <w:p w14:paraId="0711B468" w14:textId="09D22E9F" w:rsidR="00D31F21" w:rsidRDefault="001A392B" w:rsidP="00D31F21">
      <w:pPr>
        <w:ind w:firstLine="567"/>
        <w:jc w:val="both"/>
        <w:rPr>
          <w:rFonts w:ascii="Times New Roman" w:hAnsi="Times New Roman" w:cs="Times New Roman"/>
          <w:sz w:val="28"/>
          <w:szCs w:val="28"/>
        </w:rPr>
      </w:pPr>
      <w:r w:rsidRPr="002F263B">
        <w:rPr>
          <w:rFonts w:ascii="Times New Roman" w:hAnsi="Times New Roman" w:cs="Times New Roman"/>
          <w:sz w:val="28"/>
          <w:szCs w:val="28"/>
        </w:rPr>
        <w:lastRenderedPageBreak/>
        <w:t>Đ</w:t>
      </w:r>
      <w:r w:rsidRPr="002F263B">
        <w:rPr>
          <w:rFonts w:ascii="Times New Roman" w:hAnsi="Times New Roman" w:cs="Times New Roman"/>
          <w:sz w:val="28"/>
          <w:szCs w:val="28"/>
        </w:rPr>
        <w:t>ặ</w:t>
      </w:r>
      <w:r w:rsidRPr="002F263B">
        <w:rPr>
          <w:rFonts w:ascii="Times New Roman" w:hAnsi="Times New Roman" w:cs="Times New Roman"/>
          <w:sz w:val="28"/>
          <w:szCs w:val="28"/>
        </w:rPr>
        <w:t>c bi</w:t>
      </w:r>
      <w:r w:rsidRPr="002F263B">
        <w:rPr>
          <w:rFonts w:ascii="Times New Roman" w:hAnsi="Times New Roman" w:cs="Times New Roman"/>
          <w:sz w:val="28"/>
          <w:szCs w:val="28"/>
        </w:rPr>
        <w:t>ệ</w:t>
      </w:r>
      <w:r w:rsidRPr="002F263B">
        <w:rPr>
          <w:rFonts w:ascii="Times New Roman" w:hAnsi="Times New Roman" w:cs="Times New Roman"/>
          <w:sz w:val="28"/>
          <w:szCs w:val="28"/>
        </w:rPr>
        <w:t>t, ph</w:t>
      </w:r>
      <w:r w:rsidRPr="002F263B">
        <w:rPr>
          <w:rFonts w:ascii="Times New Roman" w:hAnsi="Times New Roman" w:cs="Times New Roman"/>
          <w:sz w:val="28"/>
          <w:szCs w:val="28"/>
        </w:rPr>
        <w:t>ầ</w:t>
      </w:r>
      <w:r w:rsidRPr="002F263B">
        <w:rPr>
          <w:rFonts w:ascii="Times New Roman" w:hAnsi="Times New Roman" w:cs="Times New Roman"/>
          <w:sz w:val="28"/>
          <w:szCs w:val="28"/>
        </w:rPr>
        <w:t>n giao lưu v</w:t>
      </w:r>
      <w:r w:rsidRPr="002F263B">
        <w:rPr>
          <w:rFonts w:ascii="Times New Roman" w:hAnsi="Times New Roman" w:cs="Times New Roman"/>
          <w:sz w:val="28"/>
          <w:szCs w:val="28"/>
        </w:rPr>
        <w:t>ớ</w:t>
      </w:r>
      <w:r w:rsidRPr="002F263B">
        <w:rPr>
          <w:rFonts w:ascii="Times New Roman" w:hAnsi="Times New Roman" w:cs="Times New Roman"/>
          <w:sz w:val="28"/>
          <w:szCs w:val="28"/>
        </w:rPr>
        <w:t>i h</w:t>
      </w:r>
      <w:r w:rsidRPr="002F263B">
        <w:rPr>
          <w:rFonts w:ascii="Times New Roman" w:hAnsi="Times New Roman" w:cs="Times New Roman"/>
          <w:sz w:val="28"/>
          <w:szCs w:val="28"/>
        </w:rPr>
        <w:t>ọ</w:t>
      </w:r>
      <w:r w:rsidRPr="002F263B">
        <w:rPr>
          <w:rFonts w:ascii="Times New Roman" w:hAnsi="Times New Roman" w:cs="Times New Roman"/>
          <w:sz w:val="28"/>
          <w:szCs w:val="28"/>
        </w:rPr>
        <w:t>c sinh đã mang l</w:t>
      </w:r>
      <w:r w:rsidRPr="002F263B">
        <w:rPr>
          <w:rFonts w:ascii="Times New Roman" w:hAnsi="Times New Roman" w:cs="Times New Roman"/>
          <w:sz w:val="28"/>
          <w:szCs w:val="28"/>
        </w:rPr>
        <w:t>ạ</w:t>
      </w:r>
      <w:r w:rsidRPr="002F263B">
        <w:rPr>
          <w:rFonts w:ascii="Times New Roman" w:hAnsi="Times New Roman" w:cs="Times New Roman"/>
          <w:sz w:val="28"/>
          <w:szCs w:val="28"/>
        </w:rPr>
        <w:t>i không khí sôi n</w:t>
      </w:r>
      <w:r w:rsidRPr="002F263B">
        <w:rPr>
          <w:rFonts w:ascii="Times New Roman" w:hAnsi="Times New Roman" w:cs="Times New Roman"/>
          <w:sz w:val="28"/>
          <w:szCs w:val="28"/>
        </w:rPr>
        <w:t>ổ</w:t>
      </w:r>
      <w:r w:rsidRPr="002F263B">
        <w:rPr>
          <w:rFonts w:ascii="Times New Roman" w:hAnsi="Times New Roman" w:cs="Times New Roman"/>
          <w:sz w:val="28"/>
          <w:szCs w:val="28"/>
        </w:rPr>
        <w:t>i, g</w:t>
      </w:r>
      <w:r w:rsidRPr="002F263B">
        <w:rPr>
          <w:rFonts w:ascii="Times New Roman" w:hAnsi="Times New Roman" w:cs="Times New Roman"/>
          <w:sz w:val="28"/>
          <w:szCs w:val="28"/>
        </w:rPr>
        <w:t>ắ</w:t>
      </w:r>
      <w:r w:rsidRPr="002F263B">
        <w:rPr>
          <w:rFonts w:ascii="Times New Roman" w:hAnsi="Times New Roman" w:cs="Times New Roman"/>
          <w:sz w:val="28"/>
          <w:szCs w:val="28"/>
        </w:rPr>
        <w:t>n k</w:t>
      </w:r>
      <w:r w:rsidRPr="002F263B">
        <w:rPr>
          <w:rFonts w:ascii="Times New Roman" w:hAnsi="Times New Roman" w:cs="Times New Roman"/>
          <w:sz w:val="28"/>
          <w:szCs w:val="28"/>
        </w:rPr>
        <w:t>ế</w:t>
      </w:r>
      <w:r w:rsidRPr="002F263B">
        <w:rPr>
          <w:rFonts w:ascii="Times New Roman" w:hAnsi="Times New Roman" w:cs="Times New Roman"/>
          <w:sz w:val="28"/>
          <w:szCs w:val="28"/>
        </w:rPr>
        <w:t>t. Qua nh</w:t>
      </w:r>
      <w:r w:rsidRPr="002F263B">
        <w:rPr>
          <w:rFonts w:ascii="Times New Roman" w:hAnsi="Times New Roman" w:cs="Times New Roman"/>
          <w:sz w:val="28"/>
          <w:szCs w:val="28"/>
        </w:rPr>
        <w:t>ữ</w:t>
      </w:r>
      <w:r w:rsidRPr="002F263B">
        <w:rPr>
          <w:rFonts w:ascii="Times New Roman" w:hAnsi="Times New Roman" w:cs="Times New Roman"/>
          <w:sz w:val="28"/>
          <w:szCs w:val="28"/>
        </w:rPr>
        <w:t>ng câu h</w:t>
      </w:r>
      <w:r w:rsidRPr="002F263B">
        <w:rPr>
          <w:rFonts w:ascii="Times New Roman" w:hAnsi="Times New Roman" w:cs="Times New Roman"/>
          <w:sz w:val="28"/>
          <w:szCs w:val="28"/>
        </w:rPr>
        <w:t>ỏ</w:t>
      </w:r>
      <w:r w:rsidRPr="002F263B">
        <w:rPr>
          <w:rFonts w:ascii="Times New Roman" w:hAnsi="Times New Roman" w:cs="Times New Roman"/>
          <w:sz w:val="28"/>
          <w:szCs w:val="28"/>
        </w:rPr>
        <w:t>i thú v</w:t>
      </w:r>
      <w:r w:rsidRPr="002F263B">
        <w:rPr>
          <w:rFonts w:ascii="Times New Roman" w:hAnsi="Times New Roman" w:cs="Times New Roman"/>
          <w:sz w:val="28"/>
          <w:szCs w:val="28"/>
        </w:rPr>
        <w:t>ị</w:t>
      </w:r>
      <w:r w:rsidRPr="002F263B">
        <w:rPr>
          <w:rFonts w:ascii="Times New Roman" w:hAnsi="Times New Roman" w:cs="Times New Roman"/>
          <w:sz w:val="28"/>
          <w:szCs w:val="28"/>
        </w:rPr>
        <w:t xml:space="preserve"> xoay quanh ch</w:t>
      </w:r>
      <w:r w:rsidRPr="002F263B">
        <w:rPr>
          <w:rFonts w:ascii="Times New Roman" w:hAnsi="Times New Roman" w:cs="Times New Roman"/>
          <w:sz w:val="28"/>
          <w:szCs w:val="28"/>
        </w:rPr>
        <w:t>ủ</w:t>
      </w:r>
      <w:r w:rsidRPr="002F263B">
        <w:rPr>
          <w:rFonts w:ascii="Times New Roman" w:hAnsi="Times New Roman" w:cs="Times New Roman"/>
          <w:sz w:val="28"/>
          <w:szCs w:val="28"/>
        </w:rPr>
        <w:t xml:space="preserve"> đ</w:t>
      </w:r>
      <w:r w:rsidRPr="002F263B">
        <w:rPr>
          <w:rFonts w:ascii="Times New Roman" w:hAnsi="Times New Roman" w:cs="Times New Roman"/>
          <w:sz w:val="28"/>
          <w:szCs w:val="28"/>
        </w:rPr>
        <w:t>ề</w:t>
      </w:r>
      <w:r w:rsidRPr="002F263B">
        <w:rPr>
          <w:rFonts w:ascii="Times New Roman" w:hAnsi="Times New Roman" w:cs="Times New Roman"/>
          <w:sz w:val="28"/>
          <w:szCs w:val="28"/>
        </w:rPr>
        <w:t xml:space="preserve"> T</w:t>
      </w:r>
      <w:r w:rsidRPr="002F263B">
        <w:rPr>
          <w:rFonts w:ascii="Times New Roman" w:hAnsi="Times New Roman" w:cs="Times New Roman"/>
          <w:sz w:val="28"/>
          <w:szCs w:val="28"/>
        </w:rPr>
        <w:t>ế</w:t>
      </w:r>
      <w:r w:rsidRPr="002F263B">
        <w:rPr>
          <w:rFonts w:ascii="Times New Roman" w:hAnsi="Times New Roman" w:cs="Times New Roman"/>
          <w:sz w:val="28"/>
          <w:szCs w:val="28"/>
        </w:rPr>
        <w:t>t Trung Thu, các em đư</w:t>
      </w:r>
      <w:r w:rsidRPr="002F263B">
        <w:rPr>
          <w:rFonts w:ascii="Times New Roman" w:hAnsi="Times New Roman" w:cs="Times New Roman"/>
          <w:sz w:val="28"/>
          <w:szCs w:val="28"/>
        </w:rPr>
        <w:t>ợ</w:t>
      </w:r>
      <w:r w:rsidRPr="002F263B">
        <w:rPr>
          <w:rFonts w:ascii="Times New Roman" w:hAnsi="Times New Roman" w:cs="Times New Roman"/>
          <w:sz w:val="28"/>
          <w:szCs w:val="28"/>
        </w:rPr>
        <w:t>c ôn l</w:t>
      </w:r>
      <w:r w:rsidRPr="002F263B">
        <w:rPr>
          <w:rFonts w:ascii="Times New Roman" w:hAnsi="Times New Roman" w:cs="Times New Roman"/>
          <w:sz w:val="28"/>
          <w:szCs w:val="28"/>
        </w:rPr>
        <w:t>ạ</w:t>
      </w:r>
      <w:r w:rsidRPr="002F263B">
        <w:rPr>
          <w:rFonts w:ascii="Times New Roman" w:hAnsi="Times New Roman" w:cs="Times New Roman"/>
          <w:sz w:val="28"/>
          <w:szCs w:val="28"/>
        </w:rPr>
        <w:t>i ngu</w:t>
      </w:r>
      <w:r w:rsidRPr="002F263B">
        <w:rPr>
          <w:rFonts w:ascii="Times New Roman" w:hAnsi="Times New Roman" w:cs="Times New Roman"/>
          <w:sz w:val="28"/>
          <w:szCs w:val="28"/>
        </w:rPr>
        <w:t>ồ</w:t>
      </w:r>
      <w:r w:rsidRPr="002F263B">
        <w:rPr>
          <w:rFonts w:ascii="Times New Roman" w:hAnsi="Times New Roman" w:cs="Times New Roman"/>
          <w:sz w:val="28"/>
          <w:szCs w:val="28"/>
        </w:rPr>
        <w:t>n g</w:t>
      </w:r>
      <w:r w:rsidRPr="002F263B">
        <w:rPr>
          <w:rFonts w:ascii="Times New Roman" w:hAnsi="Times New Roman" w:cs="Times New Roman"/>
          <w:sz w:val="28"/>
          <w:szCs w:val="28"/>
        </w:rPr>
        <w:t>ố</w:t>
      </w:r>
      <w:r w:rsidRPr="002F263B">
        <w:rPr>
          <w:rFonts w:ascii="Times New Roman" w:hAnsi="Times New Roman" w:cs="Times New Roman"/>
          <w:sz w:val="28"/>
          <w:szCs w:val="28"/>
        </w:rPr>
        <w:t>c, ý nghĩa c</w:t>
      </w:r>
      <w:r w:rsidRPr="002F263B">
        <w:rPr>
          <w:rFonts w:ascii="Times New Roman" w:hAnsi="Times New Roman" w:cs="Times New Roman"/>
          <w:sz w:val="28"/>
          <w:szCs w:val="28"/>
        </w:rPr>
        <w:t>ủ</w:t>
      </w:r>
      <w:r w:rsidRPr="002F263B">
        <w:rPr>
          <w:rFonts w:ascii="Times New Roman" w:hAnsi="Times New Roman" w:cs="Times New Roman"/>
          <w:sz w:val="28"/>
          <w:szCs w:val="28"/>
        </w:rPr>
        <w:t>a ngày l</w:t>
      </w:r>
      <w:r w:rsidRPr="002F263B">
        <w:rPr>
          <w:rFonts w:ascii="Times New Roman" w:hAnsi="Times New Roman" w:cs="Times New Roman"/>
          <w:sz w:val="28"/>
          <w:szCs w:val="28"/>
        </w:rPr>
        <w:t>ễ</w:t>
      </w:r>
      <w:r w:rsidRPr="002F263B">
        <w:rPr>
          <w:rFonts w:ascii="Times New Roman" w:hAnsi="Times New Roman" w:cs="Times New Roman"/>
          <w:sz w:val="28"/>
          <w:szCs w:val="28"/>
        </w:rPr>
        <w:t xml:space="preserve"> truy</w:t>
      </w:r>
      <w:r w:rsidRPr="002F263B">
        <w:rPr>
          <w:rFonts w:ascii="Times New Roman" w:hAnsi="Times New Roman" w:cs="Times New Roman"/>
          <w:sz w:val="28"/>
          <w:szCs w:val="28"/>
        </w:rPr>
        <w:t>ề</w:t>
      </w:r>
      <w:r w:rsidRPr="002F263B">
        <w:rPr>
          <w:rFonts w:ascii="Times New Roman" w:hAnsi="Times New Roman" w:cs="Times New Roman"/>
          <w:sz w:val="28"/>
          <w:szCs w:val="28"/>
        </w:rPr>
        <w:t>n th</w:t>
      </w:r>
      <w:r w:rsidRPr="002F263B">
        <w:rPr>
          <w:rFonts w:ascii="Times New Roman" w:hAnsi="Times New Roman" w:cs="Times New Roman"/>
          <w:sz w:val="28"/>
          <w:szCs w:val="28"/>
        </w:rPr>
        <w:t>ố</w:t>
      </w:r>
      <w:r w:rsidRPr="002F263B">
        <w:rPr>
          <w:rFonts w:ascii="Times New Roman" w:hAnsi="Times New Roman" w:cs="Times New Roman"/>
          <w:sz w:val="28"/>
          <w:szCs w:val="28"/>
        </w:rPr>
        <w:t>ng, đ</w:t>
      </w:r>
      <w:r w:rsidRPr="002F263B">
        <w:rPr>
          <w:rFonts w:ascii="Times New Roman" w:hAnsi="Times New Roman" w:cs="Times New Roman"/>
          <w:sz w:val="28"/>
          <w:szCs w:val="28"/>
        </w:rPr>
        <w:t>ồ</w:t>
      </w:r>
      <w:r w:rsidRPr="002F263B">
        <w:rPr>
          <w:rFonts w:ascii="Times New Roman" w:hAnsi="Times New Roman" w:cs="Times New Roman"/>
          <w:sz w:val="28"/>
          <w:szCs w:val="28"/>
        </w:rPr>
        <w:t>ng th</w:t>
      </w:r>
      <w:r w:rsidRPr="002F263B">
        <w:rPr>
          <w:rFonts w:ascii="Times New Roman" w:hAnsi="Times New Roman" w:cs="Times New Roman"/>
          <w:sz w:val="28"/>
          <w:szCs w:val="28"/>
        </w:rPr>
        <w:t>ờ</w:t>
      </w:r>
      <w:r w:rsidRPr="002F263B">
        <w:rPr>
          <w:rFonts w:ascii="Times New Roman" w:hAnsi="Times New Roman" w:cs="Times New Roman"/>
          <w:sz w:val="28"/>
          <w:szCs w:val="28"/>
        </w:rPr>
        <w:t>i có cơ h</w:t>
      </w:r>
      <w:r w:rsidRPr="002F263B">
        <w:rPr>
          <w:rFonts w:ascii="Times New Roman" w:hAnsi="Times New Roman" w:cs="Times New Roman"/>
          <w:sz w:val="28"/>
          <w:szCs w:val="28"/>
        </w:rPr>
        <w:t>ộ</w:t>
      </w:r>
      <w:r w:rsidRPr="002F263B">
        <w:rPr>
          <w:rFonts w:ascii="Times New Roman" w:hAnsi="Times New Roman" w:cs="Times New Roman"/>
          <w:sz w:val="28"/>
          <w:szCs w:val="28"/>
        </w:rPr>
        <w:t>i th</w:t>
      </w:r>
      <w:r w:rsidRPr="002F263B">
        <w:rPr>
          <w:rFonts w:ascii="Times New Roman" w:hAnsi="Times New Roman" w:cs="Times New Roman"/>
          <w:sz w:val="28"/>
          <w:szCs w:val="28"/>
        </w:rPr>
        <w:t>ể</w:t>
      </w:r>
      <w:r w:rsidRPr="002F263B">
        <w:rPr>
          <w:rFonts w:ascii="Times New Roman" w:hAnsi="Times New Roman" w:cs="Times New Roman"/>
          <w:sz w:val="28"/>
          <w:szCs w:val="28"/>
        </w:rPr>
        <w:t xml:space="preserve"> hi</w:t>
      </w:r>
      <w:r w:rsidRPr="002F263B">
        <w:rPr>
          <w:rFonts w:ascii="Times New Roman" w:hAnsi="Times New Roman" w:cs="Times New Roman"/>
          <w:sz w:val="28"/>
          <w:szCs w:val="28"/>
        </w:rPr>
        <w:t>ệ</w:t>
      </w:r>
      <w:r w:rsidRPr="002F263B">
        <w:rPr>
          <w:rFonts w:ascii="Times New Roman" w:hAnsi="Times New Roman" w:cs="Times New Roman"/>
          <w:sz w:val="28"/>
          <w:szCs w:val="28"/>
        </w:rPr>
        <w:t>n s</w:t>
      </w:r>
      <w:r w:rsidRPr="002F263B">
        <w:rPr>
          <w:rFonts w:ascii="Times New Roman" w:hAnsi="Times New Roman" w:cs="Times New Roman"/>
          <w:sz w:val="28"/>
          <w:szCs w:val="28"/>
        </w:rPr>
        <w:t>ự</w:t>
      </w:r>
      <w:r w:rsidRPr="002F263B">
        <w:rPr>
          <w:rFonts w:ascii="Times New Roman" w:hAnsi="Times New Roman" w:cs="Times New Roman"/>
          <w:sz w:val="28"/>
          <w:szCs w:val="28"/>
        </w:rPr>
        <w:t xml:space="preserve"> hi</w:t>
      </w:r>
      <w:r w:rsidRPr="002F263B">
        <w:rPr>
          <w:rFonts w:ascii="Times New Roman" w:hAnsi="Times New Roman" w:cs="Times New Roman"/>
          <w:sz w:val="28"/>
          <w:szCs w:val="28"/>
        </w:rPr>
        <w:t>ể</w:t>
      </w:r>
      <w:r w:rsidRPr="002F263B">
        <w:rPr>
          <w:rFonts w:ascii="Times New Roman" w:hAnsi="Times New Roman" w:cs="Times New Roman"/>
          <w:sz w:val="28"/>
          <w:szCs w:val="28"/>
        </w:rPr>
        <w:t>u bi</w:t>
      </w:r>
      <w:r w:rsidRPr="002F263B">
        <w:rPr>
          <w:rFonts w:ascii="Times New Roman" w:hAnsi="Times New Roman" w:cs="Times New Roman"/>
          <w:sz w:val="28"/>
          <w:szCs w:val="28"/>
        </w:rPr>
        <w:t>ế</w:t>
      </w:r>
      <w:r w:rsidRPr="002F263B">
        <w:rPr>
          <w:rFonts w:ascii="Times New Roman" w:hAnsi="Times New Roman" w:cs="Times New Roman"/>
          <w:sz w:val="28"/>
          <w:szCs w:val="28"/>
        </w:rPr>
        <w:t>t và s</w:t>
      </w:r>
      <w:r w:rsidRPr="002F263B">
        <w:rPr>
          <w:rFonts w:ascii="Times New Roman" w:hAnsi="Times New Roman" w:cs="Times New Roman"/>
          <w:sz w:val="28"/>
          <w:szCs w:val="28"/>
        </w:rPr>
        <w:t>ự</w:t>
      </w:r>
      <w:r w:rsidRPr="002F263B">
        <w:rPr>
          <w:rFonts w:ascii="Times New Roman" w:hAnsi="Times New Roman" w:cs="Times New Roman"/>
          <w:sz w:val="28"/>
          <w:szCs w:val="28"/>
        </w:rPr>
        <w:t xml:space="preserve"> t</w:t>
      </w:r>
      <w:r w:rsidRPr="002F263B">
        <w:rPr>
          <w:rFonts w:ascii="Times New Roman" w:hAnsi="Times New Roman" w:cs="Times New Roman"/>
          <w:sz w:val="28"/>
          <w:szCs w:val="28"/>
        </w:rPr>
        <w:t>ự</w:t>
      </w:r>
      <w:r w:rsidRPr="002F263B">
        <w:rPr>
          <w:rFonts w:ascii="Times New Roman" w:hAnsi="Times New Roman" w:cs="Times New Roman"/>
          <w:sz w:val="28"/>
          <w:szCs w:val="28"/>
        </w:rPr>
        <w:t xml:space="preserve"> tin c</w:t>
      </w:r>
      <w:r w:rsidRPr="002F263B">
        <w:rPr>
          <w:rFonts w:ascii="Times New Roman" w:hAnsi="Times New Roman" w:cs="Times New Roman"/>
          <w:sz w:val="28"/>
          <w:szCs w:val="28"/>
        </w:rPr>
        <w:t>ủ</w:t>
      </w:r>
      <w:r w:rsidRPr="002F263B">
        <w:rPr>
          <w:rFonts w:ascii="Times New Roman" w:hAnsi="Times New Roman" w:cs="Times New Roman"/>
          <w:sz w:val="28"/>
          <w:szCs w:val="28"/>
        </w:rPr>
        <w:t>a mình. Ti</w:t>
      </w:r>
      <w:r w:rsidRPr="002F263B">
        <w:rPr>
          <w:rFonts w:ascii="Times New Roman" w:hAnsi="Times New Roman" w:cs="Times New Roman"/>
          <w:sz w:val="28"/>
          <w:szCs w:val="28"/>
        </w:rPr>
        <w:t>ế</w:t>
      </w:r>
      <w:r w:rsidRPr="002F263B">
        <w:rPr>
          <w:rFonts w:ascii="Times New Roman" w:hAnsi="Times New Roman" w:cs="Times New Roman"/>
          <w:sz w:val="28"/>
          <w:szCs w:val="28"/>
        </w:rPr>
        <w:t>ng cư</w:t>
      </w:r>
      <w:r w:rsidRPr="002F263B">
        <w:rPr>
          <w:rFonts w:ascii="Times New Roman" w:hAnsi="Times New Roman" w:cs="Times New Roman"/>
          <w:sz w:val="28"/>
          <w:szCs w:val="28"/>
        </w:rPr>
        <w:t>ờ</w:t>
      </w:r>
      <w:r w:rsidRPr="002F263B">
        <w:rPr>
          <w:rFonts w:ascii="Times New Roman" w:hAnsi="Times New Roman" w:cs="Times New Roman"/>
          <w:sz w:val="28"/>
          <w:szCs w:val="28"/>
        </w:rPr>
        <w:t>i, s</w:t>
      </w:r>
      <w:r w:rsidRPr="002F263B">
        <w:rPr>
          <w:rFonts w:ascii="Times New Roman" w:hAnsi="Times New Roman" w:cs="Times New Roman"/>
          <w:sz w:val="28"/>
          <w:szCs w:val="28"/>
        </w:rPr>
        <w:t>ự</w:t>
      </w:r>
      <w:r w:rsidRPr="002F263B">
        <w:rPr>
          <w:rFonts w:ascii="Times New Roman" w:hAnsi="Times New Roman" w:cs="Times New Roman"/>
          <w:sz w:val="28"/>
          <w:szCs w:val="28"/>
        </w:rPr>
        <w:t xml:space="preserve"> hào h</w:t>
      </w:r>
      <w:r w:rsidRPr="002F263B">
        <w:rPr>
          <w:rFonts w:ascii="Times New Roman" w:hAnsi="Times New Roman" w:cs="Times New Roman"/>
          <w:sz w:val="28"/>
          <w:szCs w:val="28"/>
        </w:rPr>
        <w:t>ứ</w:t>
      </w:r>
      <w:r w:rsidRPr="002F263B">
        <w:rPr>
          <w:rFonts w:ascii="Times New Roman" w:hAnsi="Times New Roman" w:cs="Times New Roman"/>
          <w:sz w:val="28"/>
          <w:szCs w:val="28"/>
        </w:rPr>
        <w:t>ng và tinh th</w:t>
      </w:r>
      <w:r w:rsidRPr="002F263B">
        <w:rPr>
          <w:rFonts w:ascii="Times New Roman" w:hAnsi="Times New Roman" w:cs="Times New Roman"/>
          <w:sz w:val="28"/>
          <w:szCs w:val="28"/>
        </w:rPr>
        <w:t>ầ</w:t>
      </w:r>
      <w:r w:rsidRPr="002F263B">
        <w:rPr>
          <w:rFonts w:ascii="Times New Roman" w:hAnsi="Times New Roman" w:cs="Times New Roman"/>
          <w:sz w:val="28"/>
          <w:szCs w:val="28"/>
        </w:rPr>
        <w:t>n đoàn k</w:t>
      </w:r>
      <w:r w:rsidRPr="002F263B">
        <w:rPr>
          <w:rFonts w:ascii="Times New Roman" w:hAnsi="Times New Roman" w:cs="Times New Roman"/>
          <w:sz w:val="28"/>
          <w:szCs w:val="28"/>
        </w:rPr>
        <w:t>ế</w:t>
      </w:r>
      <w:r w:rsidRPr="002F263B">
        <w:rPr>
          <w:rFonts w:ascii="Times New Roman" w:hAnsi="Times New Roman" w:cs="Times New Roman"/>
          <w:sz w:val="28"/>
          <w:szCs w:val="28"/>
        </w:rPr>
        <w:t>t đã làm cho sân trư</w:t>
      </w:r>
      <w:r w:rsidRPr="002F263B">
        <w:rPr>
          <w:rFonts w:ascii="Times New Roman" w:hAnsi="Times New Roman" w:cs="Times New Roman"/>
          <w:sz w:val="28"/>
          <w:szCs w:val="28"/>
        </w:rPr>
        <w:t>ờ</w:t>
      </w:r>
      <w:r w:rsidRPr="002F263B">
        <w:rPr>
          <w:rFonts w:ascii="Times New Roman" w:hAnsi="Times New Roman" w:cs="Times New Roman"/>
          <w:sz w:val="28"/>
          <w:szCs w:val="28"/>
        </w:rPr>
        <w:t>ng tr</w:t>
      </w:r>
      <w:r w:rsidRPr="002F263B">
        <w:rPr>
          <w:rFonts w:ascii="Times New Roman" w:hAnsi="Times New Roman" w:cs="Times New Roman"/>
          <w:sz w:val="28"/>
          <w:szCs w:val="28"/>
        </w:rPr>
        <w:t>ở</w:t>
      </w:r>
      <w:r w:rsidRPr="002F263B">
        <w:rPr>
          <w:rFonts w:ascii="Times New Roman" w:hAnsi="Times New Roman" w:cs="Times New Roman"/>
          <w:sz w:val="28"/>
          <w:szCs w:val="28"/>
        </w:rPr>
        <w:t xml:space="preserve"> thành m</w:t>
      </w:r>
      <w:r w:rsidRPr="002F263B">
        <w:rPr>
          <w:rFonts w:ascii="Times New Roman" w:hAnsi="Times New Roman" w:cs="Times New Roman"/>
          <w:sz w:val="28"/>
          <w:szCs w:val="28"/>
        </w:rPr>
        <w:t>ộ</w:t>
      </w:r>
      <w:r w:rsidRPr="002F263B">
        <w:rPr>
          <w:rFonts w:ascii="Times New Roman" w:hAnsi="Times New Roman" w:cs="Times New Roman"/>
          <w:sz w:val="28"/>
          <w:szCs w:val="28"/>
        </w:rPr>
        <w:t>t b</w:t>
      </w:r>
      <w:r w:rsidRPr="002F263B">
        <w:rPr>
          <w:rFonts w:ascii="Times New Roman" w:hAnsi="Times New Roman" w:cs="Times New Roman"/>
          <w:sz w:val="28"/>
          <w:szCs w:val="28"/>
        </w:rPr>
        <w:t>ứ</w:t>
      </w:r>
      <w:r w:rsidRPr="002F263B">
        <w:rPr>
          <w:rFonts w:ascii="Times New Roman" w:hAnsi="Times New Roman" w:cs="Times New Roman"/>
          <w:sz w:val="28"/>
          <w:szCs w:val="28"/>
        </w:rPr>
        <w:t>c tranh r</w:t>
      </w:r>
      <w:r w:rsidRPr="002F263B">
        <w:rPr>
          <w:rFonts w:ascii="Times New Roman" w:hAnsi="Times New Roman" w:cs="Times New Roman"/>
          <w:sz w:val="28"/>
          <w:szCs w:val="28"/>
        </w:rPr>
        <w:t>ự</w:t>
      </w:r>
      <w:r w:rsidRPr="002F263B">
        <w:rPr>
          <w:rFonts w:ascii="Times New Roman" w:hAnsi="Times New Roman" w:cs="Times New Roman"/>
          <w:sz w:val="28"/>
          <w:szCs w:val="28"/>
        </w:rPr>
        <w:t>c r</w:t>
      </w:r>
      <w:r w:rsidRPr="002F263B">
        <w:rPr>
          <w:rFonts w:ascii="Times New Roman" w:hAnsi="Times New Roman" w:cs="Times New Roman"/>
          <w:sz w:val="28"/>
          <w:szCs w:val="28"/>
        </w:rPr>
        <w:t>ỡ</w:t>
      </w:r>
      <w:r w:rsidRPr="002F263B">
        <w:rPr>
          <w:rFonts w:ascii="Times New Roman" w:hAnsi="Times New Roman" w:cs="Times New Roman"/>
          <w:sz w:val="28"/>
          <w:szCs w:val="28"/>
        </w:rPr>
        <w:t xml:space="preserve"> c</w:t>
      </w:r>
      <w:r w:rsidRPr="002F263B">
        <w:rPr>
          <w:rFonts w:ascii="Times New Roman" w:hAnsi="Times New Roman" w:cs="Times New Roman"/>
          <w:sz w:val="28"/>
          <w:szCs w:val="28"/>
        </w:rPr>
        <w:t>ủ</w:t>
      </w:r>
      <w:r w:rsidRPr="002F263B">
        <w:rPr>
          <w:rFonts w:ascii="Times New Roman" w:hAnsi="Times New Roman" w:cs="Times New Roman"/>
          <w:sz w:val="28"/>
          <w:szCs w:val="28"/>
        </w:rPr>
        <w:t>a tu</w:t>
      </w:r>
      <w:r w:rsidRPr="002F263B">
        <w:rPr>
          <w:rFonts w:ascii="Times New Roman" w:hAnsi="Times New Roman" w:cs="Times New Roman"/>
          <w:sz w:val="28"/>
          <w:szCs w:val="28"/>
        </w:rPr>
        <w:t>ổ</w:t>
      </w:r>
      <w:r w:rsidRPr="002F263B">
        <w:rPr>
          <w:rFonts w:ascii="Times New Roman" w:hAnsi="Times New Roman" w:cs="Times New Roman"/>
          <w:sz w:val="28"/>
          <w:szCs w:val="28"/>
        </w:rPr>
        <w:t>i thơ.</w:t>
      </w:r>
    </w:p>
    <w:p w14:paraId="68A2A317" w14:textId="12CC8557" w:rsidR="002764CB" w:rsidRDefault="00D31F21" w:rsidP="000110ED">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B2417D2" wp14:editId="2B585788">
            <wp:extent cx="5753100" cy="62198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0"/>
                    <a:srcRect t="15181" b="4330"/>
                    <a:stretch/>
                  </pic:blipFill>
                  <pic:spPr bwMode="auto">
                    <a:xfrm>
                      <a:off x="0" y="0"/>
                      <a:ext cx="5753100" cy="6219825"/>
                    </a:xfrm>
                    <a:prstGeom prst="rect">
                      <a:avLst/>
                    </a:prstGeom>
                    <a:ln>
                      <a:noFill/>
                    </a:ln>
                    <a:extLst>
                      <a:ext uri="{53640926-AAD7-44D8-BBD7-CCE9431645EC}">
                        <a14:shadowObscured xmlns:a14="http://schemas.microsoft.com/office/drawing/2010/main"/>
                      </a:ext>
                    </a:extLst>
                  </pic:spPr>
                </pic:pic>
              </a:graphicData>
            </a:graphic>
          </wp:inline>
        </w:drawing>
      </w:r>
      <w:r w:rsidRPr="002F263B">
        <w:rPr>
          <w:rFonts w:ascii="Times New Roman" w:hAnsi="Times New Roman" w:cs="Times New Roman"/>
          <w:sz w:val="28"/>
          <w:szCs w:val="28"/>
        </w:rPr>
        <w:br/>
      </w:r>
      <w:r w:rsidRPr="002F263B">
        <w:rPr>
          <w:rFonts w:ascii="Times New Roman" w:hAnsi="Times New Roman" w:cs="Times New Roman"/>
          <w:sz w:val="28"/>
          <w:szCs w:val="28"/>
        </w:rPr>
        <w:br/>
      </w:r>
      <w:r w:rsidR="002F263B">
        <w:rPr>
          <w:rFonts w:ascii="Times New Roman" w:hAnsi="Times New Roman" w:cs="Times New Roman"/>
          <w:sz w:val="28"/>
          <w:szCs w:val="28"/>
        </w:rPr>
        <w:t xml:space="preserve">      </w:t>
      </w:r>
      <w:r w:rsidRPr="002F263B">
        <w:rPr>
          <w:rFonts w:ascii="Times New Roman" w:hAnsi="Times New Roman" w:cs="Times New Roman"/>
          <w:sz w:val="28"/>
          <w:szCs w:val="28"/>
        </w:rPr>
        <w:t xml:space="preserve">Chương trình “Vui Hội Trăng Rằm” tại Trường Tiểu học Duy Vinh đã khép lại trong ánh trăng sáng tỏ của đêm rằm tháng Tám, để lại nhiều ấn tượng sâu đậm trong lòng thầy trò. Đây không chỉ là một hoạt động vui chơi bổ ích, mà còn là dịp giáo dục các em biết trân trọng giá trị truyền thống, thêm yêu thương gắn bó với gia đình, bạn bè và mái trường thân yêu. Tin rằng sau chương trình, </w:t>
      </w:r>
      <w:r w:rsidRPr="002F263B">
        <w:rPr>
          <w:rFonts w:ascii="Times New Roman" w:hAnsi="Times New Roman" w:cs="Times New Roman"/>
          <w:sz w:val="28"/>
          <w:szCs w:val="28"/>
        </w:rPr>
        <w:lastRenderedPageBreak/>
        <w:t>mỗi học sinh sẽ có thêm động lực, niềm tin để bước vào năm học mới với tinh thần phấn khởi và nhiều ước mơ đẹp.</w:t>
      </w:r>
    </w:p>
    <w:p w14:paraId="4639A1B7" w14:textId="2BFDCABD" w:rsidR="00C43F6F" w:rsidRPr="00C43F6F" w:rsidRDefault="00C43F6F" w:rsidP="00C43F6F">
      <w:pPr>
        <w:ind w:left="3600" w:firstLine="720"/>
        <w:jc w:val="both"/>
        <w:rPr>
          <w:rFonts w:ascii="Times New Roman" w:hAnsi="Times New Roman" w:cs="Times New Roman"/>
          <w:b/>
          <w:i/>
          <w:color w:val="FF0000"/>
          <w:sz w:val="28"/>
          <w:szCs w:val="28"/>
        </w:rPr>
      </w:pPr>
      <w:r w:rsidRPr="00C43F6F">
        <w:rPr>
          <w:rFonts w:ascii="Times New Roman" w:hAnsi="Times New Roman" w:cs="Times New Roman"/>
          <w:b/>
          <w:i/>
          <w:color w:val="FF0000"/>
          <w:sz w:val="28"/>
          <w:szCs w:val="28"/>
        </w:rPr>
        <w:t>Tin bài: Vũ Thị Trà My - PHT</w:t>
      </w:r>
    </w:p>
    <w:sectPr w:rsidR="00C43F6F" w:rsidRPr="00C43F6F" w:rsidSect="00484C2D">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VN-SAF">
    <w:panose1 w:val="02040603050506020204"/>
    <w:charset w:val="00"/>
    <w:family w:val="roman"/>
    <w:pitch w:val="variable"/>
    <w:sig w:usb0="A000000F" w:usb1="00000008"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10ED"/>
    <w:rsid w:val="00034616"/>
    <w:rsid w:val="0006063C"/>
    <w:rsid w:val="0015074B"/>
    <w:rsid w:val="001A392B"/>
    <w:rsid w:val="002764CB"/>
    <w:rsid w:val="0029639D"/>
    <w:rsid w:val="002F263B"/>
    <w:rsid w:val="00326F90"/>
    <w:rsid w:val="00484C2D"/>
    <w:rsid w:val="0084292A"/>
    <w:rsid w:val="00AA1D8D"/>
    <w:rsid w:val="00B47730"/>
    <w:rsid w:val="00BC3FA0"/>
    <w:rsid w:val="00BE4BCA"/>
    <w:rsid w:val="00C24505"/>
    <w:rsid w:val="00C43F6F"/>
    <w:rsid w:val="00CB0664"/>
    <w:rsid w:val="00D31F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309A3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24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5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24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5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g"/><Relationship Id="rId4" Type="http://schemas.microsoft.com/office/2007/relationships/stylesWithEffects" Target="stylesWithEffect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354D9-95DB-47F1-932B-A032AB7B7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6</cp:revision>
  <dcterms:created xsi:type="dcterms:W3CDTF">2013-12-23T23:15:00Z</dcterms:created>
  <dcterms:modified xsi:type="dcterms:W3CDTF">2025-10-08T07:30:00Z</dcterms:modified>
  <cp:category/>
</cp:coreProperties>
</file>